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7F062" w14:textId="1ED7626C" w:rsidR="00F11B62" w:rsidRDefault="00BE55F0" w:rsidP="00FE1E1E">
      <w:pPr>
        <w:pStyle w:val="Heading1"/>
      </w:pPr>
      <w:r>
        <w:t>Educator Access webinar</w:t>
      </w:r>
      <w:r w:rsidR="00190AC5">
        <w:t xml:space="preserve"> transcript</w:t>
      </w:r>
    </w:p>
    <w:p w14:paraId="7CCC9748" w14:textId="1397049F" w:rsidR="00FE1E1E" w:rsidRDefault="0084480F" w:rsidP="00FE1E1E">
      <w:r>
        <w:t>Webinar recorded July 2026</w:t>
      </w:r>
    </w:p>
    <w:p w14:paraId="3E8F28F9" w14:textId="19BE706E" w:rsidR="0084480F" w:rsidRDefault="0084480F" w:rsidP="0084480F">
      <w:pPr>
        <w:pStyle w:val="Heading2"/>
      </w:pPr>
      <w:r>
        <w:t>Introduction</w:t>
      </w:r>
    </w:p>
    <w:p w14:paraId="2061C8C1" w14:textId="7FDFA83C" w:rsidR="0084480F" w:rsidRPr="0084480F" w:rsidRDefault="0084480F" w:rsidP="0084480F">
      <w:r>
        <w:t>00:</w:t>
      </w:r>
      <w:r w:rsidR="00810FD5">
        <w:t>00:07</w:t>
      </w:r>
    </w:p>
    <w:p w14:paraId="26CB271A" w14:textId="60394A05" w:rsidR="00774F19" w:rsidRDefault="00BE55F0" w:rsidP="00FE1E1E">
      <w:r>
        <w:rPr>
          <w:b/>
        </w:rPr>
        <w:t>Faline</w:t>
      </w:r>
      <w:r w:rsidR="003379B3">
        <w:rPr>
          <w:b/>
        </w:rPr>
        <w:t xml:space="preserve"> Bobier</w:t>
      </w:r>
      <w:r>
        <w:rPr>
          <w:b/>
        </w:rPr>
        <w:t xml:space="preserve">: </w:t>
      </w:r>
      <w:r>
        <w:t xml:space="preserve">Welcome to this CELA Educator Access Program webinar, intended to give educators an overview of services available to you and your students through your CELA membership. </w:t>
      </w:r>
    </w:p>
    <w:p w14:paraId="40E7CCED" w14:textId="1CB48E62" w:rsidR="00F06D75" w:rsidRPr="005B6E8F" w:rsidRDefault="00BE55F0" w:rsidP="00534051">
      <w:r w:rsidRPr="00F06D75">
        <w:rPr>
          <w:rStyle w:val="Heading2Char"/>
        </w:rPr>
        <w:t>Learning objectives</w:t>
      </w:r>
      <w:r w:rsidR="00431D86">
        <w:rPr>
          <w:rStyle w:val="Heading2Char"/>
        </w:rPr>
        <w:br/>
      </w:r>
      <w:r w:rsidR="00534051">
        <w:t>00:00:24</w:t>
      </w:r>
    </w:p>
    <w:p w14:paraId="00AE30F6" w14:textId="77777777" w:rsidR="001405EE" w:rsidRDefault="00BE55F0" w:rsidP="00FE1E1E">
      <w:r>
        <w:t xml:space="preserve">Today, we'll be talking about how CELA’s collection can support you and your students with print disabilities. The presentation will be given in two parts. The first will include a PowerPoint presentation, and the second will provide a guided tour of CELA's website and the relevant information regarding supporting your students. </w:t>
      </w:r>
    </w:p>
    <w:p w14:paraId="59E2065E" w14:textId="77777777" w:rsidR="00EE4C0C" w:rsidRDefault="00BE55F0" w:rsidP="00FE1E1E">
      <w:r>
        <w:t xml:space="preserve">In the first part, I'll review our collection of titles for all ages and subjects, our eligibility criteria for both educators and students, and how to register. Then I'll present our accessible reading formats and the devices and technologies that play our books. I'll close the presentation by reviewing the steps to set up CELA at your school. </w:t>
      </w:r>
    </w:p>
    <w:p w14:paraId="6673CDB5" w14:textId="77777777" w:rsidR="00423284" w:rsidRDefault="00BE55F0" w:rsidP="00FE1E1E">
      <w:r>
        <w:t xml:space="preserve">If you work at a public library and are joining this webinar, we encourage you to take the information you learn and use it to support your outreach to your local schools and educational institutions. The students who have print disabilities are often guided into the special education stream, so you may wish to connect with the resource teachers, blind and low vision itinerant teachers, and other school support staff so they learn about your local accessible collections and CELA. </w:t>
      </w:r>
    </w:p>
    <w:p w14:paraId="1B8E96D9" w14:textId="37BBEA8B" w:rsidR="00D77628" w:rsidRDefault="00BE55F0" w:rsidP="00FE1E1E">
      <w:r w:rsidRPr="004F2C4F">
        <w:rPr>
          <w:rStyle w:val="Heading2Char"/>
        </w:rPr>
        <w:t>What is CELA?</w:t>
      </w:r>
      <w:r w:rsidR="006A0FF4">
        <w:rPr>
          <w:rStyle w:val="Heading2Char"/>
        </w:rPr>
        <w:br/>
      </w:r>
      <w:r w:rsidR="006A0FF4">
        <w:t>00:01:52</w:t>
      </w:r>
    </w:p>
    <w:p w14:paraId="73F39052" w14:textId="77777777" w:rsidR="006A0FF4" w:rsidRDefault="00BE55F0" w:rsidP="00FE1E1E">
      <w:r>
        <w:t xml:space="preserve">CELA is a comprehensive, accessible library service providing over 1.5 million books, magazines and newspapers to people with print </w:t>
      </w:r>
      <w:r>
        <w:lastRenderedPageBreak/>
        <w:t>disabilities living in Canada. CELA is a national, not for profit organization that provides accessible reading services to the approximately 5 million people across Canada with print disabilities.</w:t>
      </w:r>
    </w:p>
    <w:p w14:paraId="65204A16" w14:textId="77777777" w:rsidR="0075126D" w:rsidRDefault="00BE55F0" w:rsidP="00FE1E1E">
      <w:r>
        <w:t>Our services ensure that people with print disabilities across the country are more able to fully participate in learning, work and community life and contribute to the social, cultural and economic development and success of their local and broader communities.</w:t>
      </w:r>
    </w:p>
    <w:p w14:paraId="00732662" w14:textId="77777777" w:rsidR="003B45D9" w:rsidRDefault="00BE55F0" w:rsidP="00FE1E1E">
      <w:r>
        <w:t xml:space="preserve">CELA's mission is to support public libraries in the provision of accessible library collections, and to champion the fundamental right of Canadians with print disabilities to access media and reading materials in the format of their choice. </w:t>
      </w:r>
    </w:p>
    <w:p w14:paraId="7032E14E" w14:textId="52786298" w:rsidR="003B45D9" w:rsidRDefault="00BE55F0" w:rsidP="00756543">
      <w:r w:rsidRPr="003B45D9">
        <w:rPr>
          <w:rStyle w:val="Heading2Char"/>
        </w:rPr>
        <w:t>Who can use CELA?</w:t>
      </w:r>
      <w:r w:rsidR="00123D8C">
        <w:rPr>
          <w:rStyle w:val="Heading2Char"/>
        </w:rPr>
        <w:br/>
      </w:r>
      <w:r w:rsidR="00756543">
        <w:t>00:03:</w:t>
      </w:r>
      <w:r w:rsidR="00123D8C">
        <w:t>07</w:t>
      </w:r>
      <w:r>
        <w:t xml:space="preserve"> </w:t>
      </w:r>
    </w:p>
    <w:p w14:paraId="09BE5CCE" w14:textId="77777777" w:rsidR="00D34008" w:rsidRDefault="00BE55F0" w:rsidP="00FE1E1E">
      <w:r>
        <w:t xml:space="preserve">We aim to remove barriers by not only giving CELA accounts to people with print disabilities, but also to those who support them, which of course includes teachers. Regardless of the type of account someone has, they will have to provide their public library card number to register and complete a registration form. </w:t>
      </w:r>
    </w:p>
    <w:p w14:paraId="5ED39DCA" w14:textId="77777777" w:rsidR="009B46DB" w:rsidRDefault="00BE55F0" w:rsidP="00FE1E1E">
      <w:r>
        <w:t xml:space="preserve">A print disability refers to a person who cannot read regular print, and includes a person with a learning disability, vision loss, or </w:t>
      </w:r>
      <w:proofErr w:type="gramStart"/>
      <w:r>
        <w:t>a physical</w:t>
      </w:r>
      <w:proofErr w:type="gramEnd"/>
      <w:r>
        <w:t xml:space="preserve"> disability where the person is not able to hold or turn the pages of a print book.</w:t>
      </w:r>
    </w:p>
    <w:p w14:paraId="0441CE8A" w14:textId="77777777" w:rsidR="00A84370" w:rsidRDefault="00BE55F0" w:rsidP="00FE1E1E">
      <w:r>
        <w:t xml:space="preserve">The accounts for support </w:t>
      </w:r>
      <w:proofErr w:type="gramStart"/>
      <w:r>
        <w:t>persons</w:t>
      </w:r>
      <w:proofErr w:type="gramEnd"/>
      <w:r>
        <w:t xml:space="preserve"> include: </w:t>
      </w:r>
    </w:p>
    <w:p w14:paraId="49F93B19" w14:textId="10602C07" w:rsidR="00A84370" w:rsidRDefault="00A84370" w:rsidP="00A84370">
      <w:pPr>
        <w:pStyle w:val="ListParagraph"/>
        <w:numPr>
          <w:ilvl w:val="0"/>
          <w:numId w:val="10"/>
        </w:numPr>
      </w:pPr>
      <w:r>
        <w:t>P</w:t>
      </w:r>
      <w:r w:rsidR="00BE55F0">
        <w:t xml:space="preserve">ublic library accounts. All CELA member library systems have a CELA account. </w:t>
      </w:r>
    </w:p>
    <w:p w14:paraId="02674A81" w14:textId="77777777" w:rsidR="00A84370" w:rsidRDefault="00BE55F0" w:rsidP="00A84370">
      <w:pPr>
        <w:pStyle w:val="ListParagraph"/>
        <w:numPr>
          <w:ilvl w:val="0"/>
          <w:numId w:val="10"/>
        </w:numPr>
      </w:pPr>
      <w:r>
        <w:t xml:space="preserve">Educator Access accounts. We'll be talking about how this account works over the next few slides. </w:t>
      </w:r>
    </w:p>
    <w:p w14:paraId="4AACA8CC" w14:textId="77777777" w:rsidR="00DB2D84" w:rsidRDefault="00BE55F0" w:rsidP="00A84370">
      <w:pPr>
        <w:pStyle w:val="ListParagraph"/>
        <w:numPr>
          <w:ilvl w:val="0"/>
          <w:numId w:val="10"/>
        </w:numPr>
      </w:pPr>
      <w:r>
        <w:t xml:space="preserve">Client Access Support accounts. This account is intended for professionals other than educators, such as speech and language pathologists, who assist individuals with print disabilities to access CELA's collection. This would include professionals such as private tutors, social workers, workers in rehabilitation or </w:t>
      </w:r>
      <w:proofErr w:type="gramStart"/>
      <w:r>
        <w:t>long term</w:t>
      </w:r>
      <w:proofErr w:type="gramEnd"/>
      <w:r>
        <w:t xml:space="preserve"> care facilities, etc. </w:t>
      </w:r>
    </w:p>
    <w:p w14:paraId="75485676" w14:textId="1E7599FD" w:rsidR="00DB2D84" w:rsidRDefault="00BE55F0" w:rsidP="00F51379">
      <w:pPr>
        <w:ind w:left="360"/>
      </w:pPr>
      <w:r w:rsidRPr="00DB2D84">
        <w:rPr>
          <w:rStyle w:val="Heading2Char"/>
        </w:rPr>
        <w:lastRenderedPageBreak/>
        <w:t>What is the Educator Access Program?</w:t>
      </w:r>
      <w:r w:rsidR="00C47E9A">
        <w:rPr>
          <w:rStyle w:val="Heading2Char"/>
        </w:rPr>
        <w:br/>
      </w:r>
      <w:r w:rsidR="00C47E9A" w:rsidRPr="00C47E9A">
        <w:rPr>
          <w:rStyle w:val="Heading2Char"/>
          <w:b w:val="0"/>
          <w:bCs w:val="0"/>
          <w:color w:val="auto"/>
          <w:sz w:val="24"/>
          <w:szCs w:val="24"/>
        </w:rPr>
        <w:t>00:0</w:t>
      </w:r>
      <w:r w:rsidR="00C47E9A">
        <w:rPr>
          <w:rStyle w:val="Heading2Char"/>
          <w:b w:val="0"/>
          <w:bCs w:val="0"/>
          <w:color w:val="auto"/>
          <w:sz w:val="24"/>
          <w:szCs w:val="24"/>
        </w:rPr>
        <w:t>4</w:t>
      </w:r>
      <w:r w:rsidR="00C47E9A" w:rsidRPr="00C47E9A">
        <w:rPr>
          <w:rStyle w:val="Heading2Char"/>
          <w:b w:val="0"/>
          <w:bCs w:val="0"/>
          <w:color w:val="auto"/>
          <w:sz w:val="24"/>
          <w:szCs w:val="24"/>
        </w:rPr>
        <w:t>:</w:t>
      </w:r>
      <w:r w:rsidR="00C47E9A">
        <w:rPr>
          <w:rStyle w:val="Heading2Char"/>
          <w:b w:val="0"/>
          <w:bCs w:val="0"/>
          <w:color w:val="auto"/>
          <w:sz w:val="24"/>
          <w:szCs w:val="24"/>
        </w:rPr>
        <w:t>42</w:t>
      </w:r>
    </w:p>
    <w:p w14:paraId="65CE7256" w14:textId="77777777" w:rsidR="00F51379" w:rsidRDefault="00BE55F0" w:rsidP="00DB2D84">
      <w:pPr>
        <w:ind w:left="360"/>
      </w:pPr>
      <w:r>
        <w:t xml:space="preserve">The Educator Access Program allows teachers and educators from K to 12, and faculty and support staff in post-secondary institutions to easily access CELA's accessible format collection for their students who have trouble reading regular print, via the public library CELA membership. </w:t>
      </w:r>
    </w:p>
    <w:p w14:paraId="4C7E28BD" w14:textId="77777777" w:rsidR="009C2AD9" w:rsidRDefault="00BE55F0" w:rsidP="00DB2D84">
      <w:pPr>
        <w:ind w:left="360"/>
      </w:pPr>
      <w:r>
        <w:t xml:space="preserve">Educators may also access another collection of accessible books in our catalog called Bookshare. Bookshare is a large online provider of alternate format titles from the US, and access to these titles is optional. </w:t>
      </w:r>
    </w:p>
    <w:p w14:paraId="201E4514" w14:textId="77777777" w:rsidR="009C2AD9" w:rsidRDefault="00BE55F0" w:rsidP="00DB2D84">
      <w:pPr>
        <w:ind w:left="360"/>
      </w:pPr>
      <w:r>
        <w:t xml:space="preserve">Educator Access Program participants are highly encouraged to complete the required Educator Terms of Use form to download Bookshare titles, in addition to resources from CELA for their students with print disabilities. </w:t>
      </w:r>
    </w:p>
    <w:p w14:paraId="7F63857A" w14:textId="77777777" w:rsidR="00A756EA" w:rsidRDefault="00BE55F0" w:rsidP="00DB2D84">
      <w:pPr>
        <w:ind w:left="360"/>
      </w:pPr>
      <w:r>
        <w:t xml:space="preserve">With an Educator Access Program account, you </w:t>
      </w:r>
      <w:proofErr w:type="gramStart"/>
      <w:r>
        <w:t>are able to</w:t>
      </w:r>
      <w:proofErr w:type="gramEnd"/>
      <w:r w:rsidR="00A756EA">
        <w:t>:</w:t>
      </w:r>
    </w:p>
    <w:p w14:paraId="438CEDA8" w14:textId="06280CAD" w:rsidR="00E25725" w:rsidRDefault="00BE55F0" w:rsidP="00E25725">
      <w:pPr>
        <w:pStyle w:val="ListParagraph"/>
        <w:numPr>
          <w:ilvl w:val="0"/>
          <w:numId w:val="11"/>
        </w:numPr>
      </w:pPr>
      <w:r>
        <w:t xml:space="preserve">provide alternative format materials to students with print disabilities to support </w:t>
      </w:r>
      <w:proofErr w:type="gramStart"/>
      <w:r>
        <w:t>accommodations</w:t>
      </w:r>
      <w:proofErr w:type="gramEnd"/>
    </w:p>
    <w:p w14:paraId="0F5120C4" w14:textId="77777777" w:rsidR="00E25725" w:rsidRDefault="00BE55F0" w:rsidP="00E25725">
      <w:pPr>
        <w:pStyle w:val="ListParagraph"/>
        <w:numPr>
          <w:ilvl w:val="0"/>
          <w:numId w:val="11"/>
        </w:numPr>
      </w:pPr>
      <w:r>
        <w:t xml:space="preserve">train and support eligible students in their independent use of the service </w:t>
      </w:r>
    </w:p>
    <w:p w14:paraId="4115CAB5" w14:textId="77777777" w:rsidR="00E25725" w:rsidRDefault="00BE55F0" w:rsidP="00E25725">
      <w:pPr>
        <w:pStyle w:val="ListParagraph"/>
        <w:numPr>
          <w:ilvl w:val="0"/>
          <w:numId w:val="11"/>
        </w:numPr>
      </w:pPr>
      <w:r>
        <w:t xml:space="preserve">facilitate access for students who may experience barriers in using their public library independently. </w:t>
      </w:r>
    </w:p>
    <w:p w14:paraId="7FD6DA54" w14:textId="6FECD052" w:rsidR="00DF6ACB" w:rsidRDefault="00BE55F0" w:rsidP="00E25725">
      <w:r w:rsidRPr="00E25725">
        <w:rPr>
          <w:rStyle w:val="Heading2Char"/>
        </w:rPr>
        <w:t>Educator Access facts</w:t>
      </w:r>
      <w:r w:rsidR="00DF6ACB">
        <w:rPr>
          <w:rStyle w:val="Heading2Char"/>
        </w:rPr>
        <w:br/>
      </w:r>
      <w:r w:rsidR="00DF6ACB" w:rsidRPr="00DF6ACB">
        <w:t>00:0</w:t>
      </w:r>
      <w:r w:rsidR="00D4507C">
        <w:t>6</w:t>
      </w:r>
      <w:r w:rsidR="00DF6ACB" w:rsidRPr="00DF6ACB">
        <w:t>:</w:t>
      </w:r>
      <w:r w:rsidR="00D4507C">
        <w:t>17</w:t>
      </w:r>
    </w:p>
    <w:p w14:paraId="17ED7E54" w14:textId="77777777" w:rsidR="00D872E2" w:rsidRDefault="00BE55F0" w:rsidP="00E25725">
      <w:r>
        <w:t xml:space="preserve">I want to mention now a few more facts about our Educator Access program. It works on an individual account basis, both for educators and for students with disabilities. </w:t>
      </w:r>
    </w:p>
    <w:p w14:paraId="55CA740A" w14:textId="77777777" w:rsidR="00D872E2" w:rsidRDefault="00BE55F0" w:rsidP="00E25725">
      <w:r>
        <w:t xml:space="preserve">Teachers access books on behalf of their students through their CELA account, rather than having the option to add students or reading lists to a teacher CELA account. </w:t>
      </w:r>
    </w:p>
    <w:p w14:paraId="5D4A72A6" w14:textId="7572E282" w:rsidR="00D872E2" w:rsidRDefault="00BE55F0" w:rsidP="00E25725">
      <w:r>
        <w:t>Our patron data is securely stored in Canada, and we diligently abide by our Privacy Policy and do not share personal account information.</w:t>
      </w:r>
      <w:r w:rsidR="00A655DB">
        <w:t xml:space="preserve"> </w:t>
      </w:r>
      <w:r>
        <w:t xml:space="preserve">If </w:t>
      </w:r>
      <w:r>
        <w:lastRenderedPageBreak/>
        <w:t xml:space="preserve">your student wishes to sign up for their own CELA account and access Bookshare, they will need to complete our Proof of Disability form. </w:t>
      </w:r>
    </w:p>
    <w:p w14:paraId="3120D654" w14:textId="77777777" w:rsidR="009D18B1" w:rsidRDefault="00BE55F0" w:rsidP="00E25725">
      <w:r>
        <w:t xml:space="preserve">If you are a special education teacher or in a similar role, you may sign their form to certify that the student needs books in accessible formats. We encourage various roles in educational institutions to sign up for CELA, including classroom teachers, teachers’ aides, school librarians, and others. </w:t>
      </w:r>
    </w:p>
    <w:p w14:paraId="38103D50" w14:textId="77777777" w:rsidR="009D18B1" w:rsidRDefault="00BE55F0" w:rsidP="00E25725">
      <w:r>
        <w:t>The last fact I'll mention is that book files should not be stored on a school-wide network. This is to protect the files</w:t>
      </w:r>
      <w:r w:rsidR="009D18B1">
        <w:t>,</w:t>
      </w:r>
      <w:r>
        <w:t xml:space="preserve"> so they are not accessed by students without print disabilities. </w:t>
      </w:r>
    </w:p>
    <w:p w14:paraId="7316D831" w14:textId="5B8E242A" w:rsidR="00A65598" w:rsidRDefault="00BE55F0" w:rsidP="00E25725">
      <w:r w:rsidRPr="009D18B1">
        <w:rPr>
          <w:rStyle w:val="Heading2Char"/>
        </w:rPr>
        <w:t>Sign up for Educator Access</w:t>
      </w:r>
      <w:r w:rsidR="00A65598">
        <w:rPr>
          <w:rStyle w:val="Heading2Char"/>
        </w:rPr>
        <w:br/>
      </w:r>
      <w:r w:rsidR="00A65598" w:rsidRPr="00A65598">
        <w:t>00:0</w:t>
      </w:r>
      <w:r w:rsidR="00A65598">
        <w:t>7</w:t>
      </w:r>
      <w:r w:rsidR="00A65598" w:rsidRPr="00A65598">
        <w:t>:</w:t>
      </w:r>
      <w:r w:rsidR="00A65598">
        <w:t>50</w:t>
      </w:r>
    </w:p>
    <w:p w14:paraId="4A6CF249" w14:textId="77777777" w:rsidR="00CA141F" w:rsidRDefault="00BE55F0" w:rsidP="00E25725">
      <w:r>
        <w:t xml:space="preserve">Here are the steps to sign up for the Educator Access Program. First, get a public library card if you do not already have one. If you live in Quebec, you will need an account with Bibliothèque et Archives </w:t>
      </w:r>
      <w:proofErr w:type="spellStart"/>
      <w:r>
        <w:t>nationales</w:t>
      </w:r>
      <w:proofErr w:type="spellEnd"/>
      <w:r>
        <w:t xml:space="preserve"> du Québec, </w:t>
      </w:r>
      <w:proofErr w:type="spellStart"/>
      <w:r>
        <w:t>BAnQ</w:t>
      </w:r>
      <w:proofErr w:type="spellEnd"/>
      <w:r>
        <w:t xml:space="preserve">, to register. </w:t>
      </w:r>
    </w:p>
    <w:p w14:paraId="6916E643" w14:textId="77777777" w:rsidR="00CA141F" w:rsidRDefault="00BE55F0" w:rsidP="00E25725">
      <w:r>
        <w:t xml:space="preserve">If you live outside of Quebec, you may wish to ask if your public library offers educational accounts so you can provide this number </w:t>
      </w:r>
      <w:proofErr w:type="gramStart"/>
      <w:r>
        <w:t>to</w:t>
      </w:r>
      <w:proofErr w:type="gramEnd"/>
      <w:r>
        <w:t xml:space="preserve"> us. CELA materials are loaned through your account and have no impact on your personal public library service. We only ask for your library card number at the time of registration since CELA service is offered via a </w:t>
      </w:r>
      <w:proofErr w:type="gramStart"/>
      <w:r>
        <w:t>public libraries</w:t>
      </w:r>
      <w:proofErr w:type="gramEnd"/>
      <w:r>
        <w:t xml:space="preserve">. </w:t>
      </w:r>
    </w:p>
    <w:p w14:paraId="1978CF50" w14:textId="77777777" w:rsidR="005B4D55" w:rsidRDefault="00BE55F0" w:rsidP="00E25725">
      <w:r>
        <w:t xml:space="preserve">Once you've completed the online registration form, we review it and create your account. You may also complete the Terms of Use form so you can access Bookshare titles in our catalog. You'll receive a welcome email message from us which will include your CELA account number. Educators can also subscribe to CELA's email list for news about great books, accessible reading and more. </w:t>
      </w:r>
    </w:p>
    <w:p w14:paraId="3A4C0664" w14:textId="77777777" w:rsidR="00D512BB" w:rsidRDefault="00BE55F0" w:rsidP="00E25725">
      <w:r>
        <w:t xml:space="preserve">The student registration process is nearly the same. However, if students want access to Bookshare titles, they need to complete the proof of disability form. If they live in Quebec, they will need to get a library card from the Service </w:t>
      </w:r>
      <w:proofErr w:type="spellStart"/>
      <w:r>
        <w:t>québ</w:t>
      </w:r>
      <w:r w:rsidR="009C30F9">
        <w:t>é</w:t>
      </w:r>
      <w:r>
        <w:t>cois</w:t>
      </w:r>
      <w:proofErr w:type="spellEnd"/>
      <w:r>
        <w:t xml:space="preserve"> du livre </w:t>
      </w:r>
      <w:proofErr w:type="spellStart"/>
      <w:r>
        <w:t>adapté</w:t>
      </w:r>
      <w:proofErr w:type="spellEnd"/>
      <w:r>
        <w:t xml:space="preserve">, SQLA, which is the province's accessible library service. </w:t>
      </w:r>
    </w:p>
    <w:p w14:paraId="72AE9E59" w14:textId="2FFDA6A8" w:rsidR="00D512BB" w:rsidRDefault="00BE55F0" w:rsidP="00D512BB">
      <w:pPr>
        <w:pStyle w:val="Heading2"/>
      </w:pPr>
      <w:r>
        <w:lastRenderedPageBreak/>
        <w:t xml:space="preserve">Section 32 of the Copyright Act of Canada </w:t>
      </w:r>
    </w:p>
    <w:p w14:paraId="797EF496" w14:textId="070BED24" w:rsidR="00D512BB" w:rsidRDefault="00D512BB" w:rsidP="00E25725">
      <w:r w:rsidRPr="00D512BB">
        <w:t>00:0</w:t>
      </w:r>
      <w:r w:rsidR="006C621A">
        <w:t>9</w:t>
      </w:r>
      <w:r w:rsidRPr="00D512BB">
        <w:t>:</w:t>
      </w:r>
      <w:r w:rsidR="006C621A">
        <w:t>44</w:t>
      </w:r>
    </w:p>
    <w:p w14:paraId="4816D7B7" w14:textId="77777777" w:rsidR="006C621A" w:rsidRDefault="00BE55F0" w:rsidP="00E25725">
      <w:r>
        <w:t xml:space="preserve">The CELA collection is available to people with print disabilities living in Canada. A print disability is a disability that prevents or inhibits a person from reading a literary, musical, dramatic, or artistic work in its original format. </w:t>
      </w:r>
    </w:p>
    <w:p w14:paraId="559CB7DF" w14:textId="77777777" w:rsidR="006C621A" w:rsidRDefault="00BE55F0" w:rsidP="00E25725">
      <w:r>
        <w:t xml:space="preserve">Section 32 of the Copyright Act of Canada allows organizations like CELA to reproduce published materials in alternate formats for people with perceptual disabilities. Since our collections are intended to make print materials accessible, we use the term “print disability” to describe who can use our services. </w:t>
      </w:r>
    </w:p>
    <w:p w14:paraId="3B296460" w14:textId="77777777" w:rsidR="00B517FC" w:rsidRDefault="00BE55F0" w:rsidP="00E25725">
      <w:r>
        <w:t xml:space="preserve">As an educator, it is important to remember that CELA books may only be used by students with print disabilities, and you cannot use them for your own purposes. If your institution creates your own accessible format versions of course materials made under section 32 you will also need to ensure they are used only by students with print disabilities. </w:t>
      </w:r>
    </w:p>
    <w:p w14:paraId="1CBBB47E" w14:textId="680802EA" w:rsidR="00B517FC" w:rsidRDefault="00BE55F0" w:rsidP="00B517FC">
      <w:pPr>
        <w:pStyle w:val="Heading2"/>
      </w:pPr>
      <w:r>
        <w:t xml:space="preserve">About CELA’s reading collection </w:t>
      </w:r>
    </w:p>
    <w:p w14:paraId="01F03EFD" w14:textId="77777777" w:rsidR="00BB0389" w:rsidRDefault="00BB0389" w:rsidP="00E25725">
      <w:r>
        <w:t>00:11:06</w:t>
      </w:r>
    </w:p>
    <w:p w14:paraId="275B5CCE" w14:textId="5E6CDC2D" w:rsidR="00BB0389" w:rsidRDefault="00BE55F0" w:rsidP="00E25725">
      <w:r>
        <w:t xml:space="preserve">CELA’s collection consists of over 1.5 million reading items in audio, e-text and braille formats in both English and French, and for all ages and reading interests. </w:t>
      </w:r>
    </w:p>
    <w:p w14:paraId="670FA654" w14:textId="77777777" w:rsidR="008D1822" w:rsidRDefault="00BE55F0" w:rsidP="00E25725">
      <w:r>
        <w:t xml:space="preserve">We're pleased to partner with commercial audio producers, such as OverDrive, and share collections with Bibliothèque et Archives </w:t>
      </w:r>
      <w:proofErr w:type="spellStart"/>
      <w:r>
        <w:t>nationales</w:t>
      </w:r>
      <w:proofErr w:type="spellEnd"/>
      <w:r>
        <w:t xml:space="preserve"> du Québec</w:t>
      </w:r>
      <w:r w:rsidR="008D1822">
        <w:t>—</w:t>
      </w:r>
      <w:proofErr w:type="spellStart"/>
      <w:r w:rsidR="008D1822">
        <w:t>BanQ</w:t>
      </w:r>
      <w:proofErr w:type="spellEnd"/>
      <w:r w:rsidR="008D1822">
        <w:t xml:space="preserve"> </w:t>
      </w:r>
      <w:r>
        <w:t>from Quebec</w:t>
      </w:r>
      <w:r w:rsidR="008D1822">
        <w:t xml:space="preserve">—to </w:t>
      </w:r>
      <w:r>
        <w:t>provide a large French collection for Francophone or French immersion teachers and students.</w:t>
      </w:r>
    </w:p>
    <w:p w14:paraId="001CD1D0" w14:textId="6CA9BC13" w:rsidR="008D1822" w:rsidRDefault="00BE55F0" w:rsidP="00E25725">
      <w:r>
        <w:t xml:space="preserve">We also have a small selection of magazines for kids and teens, as well as some international, national and regional newspapers that older students may find useful. </w:t>
      </w:r>
    </w:p>
    <w:p w14:paraId="2FA9167A" w14:textId="77777777" w:rsidR="008D1822" w:rsidRDefault="00BE55F0" w:rsidP="00E25725">
      <w:r>
        <w:t xml:space="preserve">You can select books for your students by logging into our site. Students with their own CELA accounts may also choose their own titles, or they can have books selected for them through a service we call Automatic Selection. Parents often set this up for their children, so </w:t>
      </w:r>
      <w:r>
        <w:lastRenderedPageBreak/>
        <w:t xml:space="preserve">they regularly receive new books on their device or delivered to their homes. </w:t>
      </w:r>
    </w:p>
    <w:p w14:paraId="20A3FE54" w14:textId="77777777" w:rsidR="008D1822" w:rsidRDefault="00BE55F0" w:rsidP="00E25725">
      <w:r>
        <w:t xml:space="preserve">Postal delivery is available for physical braille items only. Our system chooses books based on the reading genres they set up with us, and we send books out in their preferred format on a set schedule. </w:t>
      </w:r>
    </w:p>
    <w:p w14:paraId="1CDC8A90" w14:textId="77777777" w:rsidR="00575671" w:rsidRDefault="00BE55F0" w:rsidP="00E25725">
      <w:r>
        <w:t xml:space="preserve">We're also pleased to partner with many of Canada's reading programs and awards for children and teens, to ensure everyone can participate by having accessible formats of the nominated titles. Nationally, we offer titles from the TD Canadian Children's Literature Awards, several Canadian Children's Book Centre awards, and we offer accessible materials and books as part of the TD Summer Reading Club. </w:t>
      </w:r>
    </w:p>
    <w:p w14:paraId="1FEFFD44" w14:textId="4A67A762" w:rsidR="00575671" w:rsidRDefault="00BE55F0" w:rsidP="00E25725">
      <w:r>
        <w:t>For regional and provincial reading programs, we include books in our collection from the Forest of Reading, First Nation Communities Read</w:t>
      </w:r>
      <w:r w:rsidR="001E76D4">
        <w:t>,</w:t>
      </w:r>
      <w:r>
        <w:t xml:space="preserve"> and other programs. </w:t>
      </w:r>
    </w:p>
    <w:p w14:paraId="15C29D7C" w14:textId="00BC152B" w:rsidR="001E76D4" w:rsidRDefault="00BE55F0" w:rsidP="001E76D4">
      <w:pPr>
        <w:pStyle w:val="Heading2"/>
      </w:pPr>
      <w:r>
        <w:t>Bookshare</w:t>
      </w:r>
    </w:p>
    <w:p w14:paraId="31054ECF" w14:textId="77777777" w:rsidR="005A7644" w:rsidRDefault="005A7644" w:rsidP="00E25725">
      <w:r>
        <w:t>00:13:32</w:t>
      </w:r>
    </w:p>
    <w:p w14:paraId="554B2508" w14:textId="77777777" w:rsidR="00121FA9" w:rsidRDefault="00BE55F0" w:rsidP="00E25725">
      <w:r>
        <w:t>Through a vast selection of publisher files, including those from popular and academic publishers</w:t>
      </w:r>
      <w:r w:rsidR="00121FA9">
        <w:t>,</w:t>
      </w:r>
      <w:r>
        <w:t xml:space="preserve"> Bookshare is a must for students and educators at all levels. </w:t>
      </w:r>
    </w:p>
    <w:p w14:paraId="356105B8" w14:textId="77777777" w:rsidR="000F4EF7" w:rsidRDefault="00BE55F0" w:rsidP="00E25725">
      <w:r>
        <w:t xml:space="preserve">In addition to the DAISY audio and e-text formats that CELA has, Bookshare has an extensive collection of text in </w:t>
      </w:r>
      <w:proofErr w:type="spellStart"/>
      <w:r>
        <w:t>ePub</w:t>
      </w:r>
      <w:proofErr w:type="spellEnd"/>
      <w:r>
        <w:t xml:space="preserve">, Word, and e-braille formats in many languages. </w:t>
      </w:r>
    </w:p>
    <w:p w14:paraId="2B9229A6" w14:textId="77777777" w:rsidR="000F4EF7" w:rsidRDefault="00BE55F0" w:rsidP="00E25725">
      <w:r>
        <w:t xml:space="preserve">Most of </w:t>
      </w:r>
      <w:proofErr w:type="spellStart"/>
      <w:r>
        <w:t>Bookshare’s</w:t>
      </w:r>
      <w:proofErr w:type="spellEnd"/>
      <w:r>
        <w:t xml:space="preserve"> audiobooks are in synthetic audio, and braille files are produced automatically. This means that the voice may sound robotic, and due to the on-the-spot braille transcription</w:t>
      </w:r>
      <w:r w:rsidR="000F4EF7">
        <w:t>,</w:t>
      </w:r>
      <w:r>
        <w:t xml:space="preserve"> with little or no proofreading, there may be some errors. </w:t>
      </w:r>
    </w:p>
    <w:p w14:paraId="78690896" w14:textId="77777777" w:rsidR="00331917" w:rsidRDefault="00BE55F0" w:rsidP="00E25725">
      <w:r>
        <w:t xml:space="preserve">As I mentioned earlier, teachers need to complete the Educator Terms of Use form when they register to access Bookshare titles for their students. </w:t>
      </w:r>
    </w:p>
    <w:p w14:paraId="1CE194A4" w14:textId="443D22B3" w:rsidR="00543647" w:rsidRDefault="00BE55F0" w:rsidP="00E25725">
      <w:r>
        <w:t xml:space="preserve">We've noticed that some teachers have provided proof of disability forms for the students who will use these books provided by the teacher. I just want to clarify that they do not need to provide proof of disability for the student with a print disability who is using a CELA </w:t>
      </w:r>
      <w:r>
        <w:lastRenderedPageBreak/>
        <w:t xml:space="preserve">book ordered by their teacher on the teacher's account. This is only required if the student wants their own independent CELA account. </w:t>
      </w:r>
    </w:p>
    <w:p w14:paraId="51F45D91" w14:textId="77777777" w:rsidR="00543647" w:rsidRDefault="00BE55F0" w:rsidP="00E25725">
      <w:r>
        <w:t xml:space="preserve">On a last note, professionals with Client Access Support accounts may not access Bookshare titles. </w:t>
      </w:r>
    </w:p>
    <w:p w14:paraId="271D0FEC" w14:textId="7D392C24" w:rsidR="0084183E" w:rsidRDefault="00BE55F0" w:rsidP="0084183E">
      <w:pPr>
        <w:pStyle w:val="Heading2"/>
      </w:pPr>
      <w:r>
        <w:t>Collections for kids and teens</w:t>
      </w:r>
    </w:p>
    <w:p w14:paraId="39C988FE" w14:textId="77777777" w:rsidR="0084183E" w:rsidRDefault="0084183E" w:rsidP="00E25725">
      <w:r>
        <w:t>00:15:18</w:t>
      </w:r>
    </w:p>
    <w:p w14:paraId="02C611A2" w14:textId="77777777" w:rsidR="00EA6CB5" w:rsidRDefault="00BE55F0" w:rsidP="00E25725">
      <w:r>
        <w:t xml:space="preserve">When searching CELA's catalog, you can filter your search results to display books by the audience categories: preschool, child, teen, and adult. You can also find new titles in these age categories by accessing the “New titles” link on the homepage of the CELA website. </w:t>
      </w:r>
    </w:p>
    <w:p w14:paraId="31AA9318" w14:textId="77777777" w:rsidR="00B10AF7" w:rsidRDefault="00BE55F0" w:rsidP="00E25725">
      <w:r>
        <w:t xml:space="preserve">You can find books for young children, either to listen to together or </w:t>
      </w:r>
      <w:proofErr w:type="spellStart"/>
      <w:r>
        <w:t>printbraille</w:t>
      </w:r>
      <w:proofErr w:type="spellEnd"/>
      <w:r>
        <w:t xml:space="preserve"> picture books to allow children to feel the braille dots to begin early braille reading skills. </w:t>
      </w:r>
    </w:p>
    <w:p w14:paraId="7AC41CE5" w14:textId="77777777" w:rsidR="00B10AF7" w:rsidRDefault="00BE55F0" w:rsidP="00E25725">
      <w:r>
        <w:t xml:space="preserve">If you're using e-text, you can use a reading app like EasyReader so that the words will be highlighted as the audio reads along. This will support beginning readers by connecting the sound of the words with the written text. </w:t>
      </w:r>
    </w:p>
    <w:p w14:paraId="72DBB0F6" w14:textId="5095784C" w:rsidR="003379B3" w:rsidRDefault="00BE55F0" w:rsidP="00E25725">
      <w:r>
        <w:t>For budding readers, CELA offers popular chapter book series</w:t>
      </w:r>
      <w:r w:rsidR="00B10AF7">
        <w:t>,</w:t>
      </w:r>
      <w:r>
        <w:t xml:space="preserve"> such as I Can Read levels series, audiobooks of kids</w:t>
      </w:r>
      <w:r w:rsidR="003379B3">
        <w:t>’</w:t>
      </w:r>
      <w:r>
        <w:t xml:space="preserve"> classics like Charlotte's Web, as well as novels in braille without pictures. </w:t>
      </w:r>
    </w:p>
    <w:p w14:paraId="4D1A400D" w14:textId="77777777" w:rsidR="001F0B6A" w:rsidRDefault="00BE55F0" w:rsidP="00FE1E1E">
      <w:r>
        <w:t xml:space="preserve">We offer a range of titles, but we are particularly committed to offer titles by many Canadian authors. Our collection for older kids and teens includes popular novels and books for other classes, such as Indigenous works and various advanced nonfiction books for assignments. </w:t>
      </w:r>
    </w:p>
    <w:p w14:paraId="4B35CE6E" w14:textId="77777777" w:rsidR="00BE2FFC" w:rsidRDefault="00BE55F0" w:rsidP="00FE1E1E">
      <w:r>
        <w:t xml:space="preserve">We also include books on social skills, as well as books for young people preparing to go into the workforce, such as interview and job finding titles. </w:t>
      </w:r>
    </w:p>
    <w:p w14:paraId="6C9A18ED" w14:textId="77777777" w:rsidR="00BE2FFC" w:rsidRDefault="00BE55F0" w:rsidP="00BE2FFC">
      <w:pPr>
        <w:pStyle w:val="Heading2"/>
      </w:pPr>
      <w:r>
        <w:t xml:space="preserve">Post-secondary students </w:t>
      </w:r>
    </w:p>
    <w:p w14:paraId="7724E480" w14:textId="77777777" w:rsidR="00BE2FFC" w:rsidRDefault="00BE2FFC" w:rsidP="00FE1E1E">
      <w:r>
        <w:t>00:17:10</w:t>
      </w:r>
    </w:p>
    <w:p w14:paraId="0C6CF160" w14:textId="77777777" w:rsidR="00FF76A0" w:rsidRDefault="00BE55F0" w:rsidP="00FE1E1E">
      <w:r>
        <w:lastRenderedPageBreak/>
        <w:t xml:space="preserve">To fully support post-secondary students, college and university staff may use CELA and Bookshare titles to complement other course materials. </w:t>
      </w:r>
    </w:p>
    <w:p w14:paraId="7580BE53" w14:textId="77777777" w:rsidR="00FF76A0" w:rsidRDefault="00BE55F0" w:rsidP="00FE1E1E">
      <w:r>
        <w:t xml:space="preserve">Students do not need to wait for the next available copy of one of our books, since our titles are generated at the time the request is made in the format the student selected. </w:t>
      </w:r>
    </w:p>
    <w:p w14:paraId="26812929" w14:textId="3517D19A" w:rsidR="00056B05" w:rsidRDefault="00BE55F0" w:rsidP="00FE1E1E">
      <w:r>
        <w:t>You may remediate both CELA and Bookshare titles to suit student learning needs. Our collection includes literary and academic works as well as leisure reading materials mentioned earlier. You may also wish to let</w:t>
      </w:r>
      <w:r w:rsidR="00AD01EA">
        <w:t xml:space="preserve"> </w:t>
      </w:r>
      <w:r>
        <w:t>colleagues in your students with disabilities office, or in other departments</w:t>
      </w:r>
      <w:r w:rsidR="00AD01EA">
        <w:t>,</w:t>
      </w:r>
      <w:r>
        <w:t xml:space="preserve"> know about CELA to support students.</w:t>
      </w:r>
    </w:p>
    <w:p w14:paraId="589BE492" w14:textId="0DF76A64" w:rsidR="00CF22CA" w:rsidRDefault="00BE55F0" w:rsidP="00FE1E1E">
      <w:r w:rsidRPr="00056B05">
        <w:rPr>
          <w:rStyle w:val="Heading2Char"/>
        </w:rPr>
        <w:t>Accessible formats</w:t>
      </w:r>
      <w:r w:rsidR="00262BA8">
        <w:rPr>
          <w:rStyle w:val="Heading2Char"/>
        </w:rPr>
        <w:br/>
      </w:r>
      <w:r w:rsidR="00CF22CA">
        <w:t>00:18:06</w:t>
      </w:r>
    </w:p>
    <w:p w14:paraId="4770753B" w14:textId="77777777" w:rsidR="00262BA8" w:rsidRDefault="00BE55F0" w:rsidP="00FE1E1E">
      <w:r>
        <w:t xml:space="preserve">We'll now look at an overview of the different accessible formats in CELA’s collection. </w:t>
      </w:r>
    </w:p>
    <w:p w14:paraId="25F712BB" w14:textId="77777777" w:rsidR="00262BA8" w:rsidRDefault="00BE55F0" w:rsidP="00FE1E1E">
      <w:r>
        <w:t>Audiobooks</w:t>
      </w:r>
      <w:r w:rsidR="00262BA8">
        <w:t>:</w:t>
      </w:r>
      <w:r>
        <w:t xml:space="preserve"> CELA’s audiobooks are in a format called DAISY, which stands for Digital Accessible Information System. DAISY is an accessible </w:t>
      </w:r>
      <w:proofErr w:type="gramStart"/>
      <w:r>
        <w:t>audiobook standard</w:t>
      </w:r>
      <w:proofErr w:type="gramEnd"/>
      <w:r>
        <w:t xml:space="preserve"> that enhances the navigation possibilities in an audio or e-text book. </w:t>
      </w:r>
    </w:p>
    <w:p w14:paraId="3E7C3801" w14:textId="77777777" w:rsidR="00A83D94" w:rsidRDefault="00BE55F0" w:rsidP="00FE1E1E">
      <w:r>
        <w:t xml:space="preserve">By reading a DAISY book on a DAISY reading app, such as EasyReader or on a DAISY player, you can efficiently move to specific parts of a book. DAISY books can be downloaded to various devices depending on the student's technological needs and preferences. </w:t>
      </w:r>
    </w:p>
    <w:p w14:paraId="28F8A719" w14:textId="77777777" w:rsidR="0050734A" w:rsidRDefault="00BE55F0" w:rsidP="00FE1E1E">
      <w:r>
        <w:t>Braille books</w:t>
      </w:r>
      <w:r w:rsidR="00A83D94">
        <w:t>:</w:t>
      </w:r>
      <w:r>
        <w:t xml:space="preserve"> Braille readers may enjoy a wide collection of braille titles, either as embossed braille copies </w:t>
      </w:r>
      <w:r w:rsidR="00A83D94" w:rsidRPr="005A634D">
        <w:t>or</w:t>
      </w:r>
      <w:r w:rsidRPr="00A83D94">
        <w:rPr>
          <w:color w:val="EE0000"/>
        </w:rPr>
        <w:t xml:space="preserve"> </w:t>
      </w:r>
      <w:r>
        <w:t xml:space="preserve">downloadable electronic braille files. We offer books in contracted and uncontracted braille, and </w:t>
      </w:r>
      <w:proofErr w:type="gramStart"/>
      <w:r>
        <w:t>the majority of</w:t>
      </w:r>
      <w:proofErr w:type="gramEnd"/>
      <w:r>
        <w:t xml:space="preserve"> our braille collection is in UEB braille. If you order an embossed braille book for your student, you may keep it. </w:t>
      </w:r>
    </w:p>
    <w:p w14:paraId="5837D52F" w14:textId="77777777" w:rsidR="0050734A" w:rsidRDefault="00BE55F0" w:rsidP="00FE1E1E">
      <w:proofErr w:type="spellStart"/>
      <w:r>
        <w:t>Printbraille</w:t>
      </w:r>
      <w:proofErr w:type="spellEnd"/>
      <w:r>
        <w:t xml:space="preserve"> books</w:t>
      </w:r>
      <w:r w:rsidR="0050734A">
        <w:t>:</w:t>
      </w:r>
      <w:r>
        <w:t xml:space="preserve"> These books are children's picture books with the text </w:t>
      </w:r>
      <w:proofErr w:type="spellStart"/>
      <w:r>
        <w:t>brailled</w:t>
      </w:r>
      <w:proofErr w:type="spellEnd"/>
      <w:r>
        <w:t xml:space="preserve"> onto clear plastic sheets and interleaved into the book. This allows a sighted and blind reader to enjoy a book together. </w:t>
      </w:r>
      <w:proofErr w:type="spellStart"/>
      <w:r>
        <w:t>Printbraille</w:t>
      </w:r>
      <w:proofErr w:type="spellEnd"/>
      <w:r>
        <w:t xml:space="preserve"> is an excellent format to support early braille reading skills in blind children. </w:t>
      </w:r>
    </w:p>
    <w:p w14:paraId="5CE24761" w14:textId="00867693" w:rsidR="00491B3D" w:rsidRDefault="00BE55F0" w:rsidP="00FE1E1E">
      <w:r>
        <w:lastRenderedPageBreak/>
        <w:t xml:space="preserve">Our </w:t>
      </w:r>
      <w:proofErr w:type="spellStart"/>
      <w:r>
        <w:t>printbraille</w:t>
      </w:r>
      <w:proofErr w:type="spellEnd"/>
      <w:r>
        <w:t xml:space="preserve"> books are loaned out for six weeks and must be returned to CELA. They arrive in a canvas bag with a card with the receiver's address. To return the book, simply flip the card over so it displays CELA's return address. Put the book in the bag and put it in the mail. The shipping of alternative format materials is free under Canada Post</w:t>
      </w:r>
      <w:r w:rsidR="00491B3D">
        <w:t>’s</w:t>
      </w:r>
      <w:r>
        <w:t xml:space="preserve"> Literature for the Blind free postage program. </w:t>
      </w:r>
    </w:p>
    <w:p w14:paraId="02D56D04" w14:textId="77777777" w:rsidR="009C4403" w:rsidRDefault="00BE55F0" w:rsidP="00FE1E1E">
      <w:r>
        <w:t>E-text books</w:t>
      </w:r>
      <w:r w:rsidR="00491B3D">
        <w:t>:</w:t>
      </w:r>
      <w:r>
        <w:t xml:space="preserve"> E-text books can also be downloaded to different devices. Text and audio together with synthetic voice if you're using an app like EasyReader. </w:t>
      </w:r>
      <w:r w:rsidR="009C4403">
        <w:t>T</w:t>
      </w:r>
      <w:r>
        <w:t xml:space="preserve">he file formats are DAISY text, </w:t>
      </w:r>
      <w:proofErr w:type="spellStart"/>
      <w:r>
        <w:t>ePub</w:t>
      </w:r>
      <w:proofErr w:type="spellEnd"/>
      <w:r>
        <w:t xml:space="preserve">, and Microsoft Word files. </w:t>
      </w:r>
    </w:p>
    <w:p w14:paraId="60142D03" w14:textId="310AD096" w:rsidR="009C3725" w:rsidRDefault="00BE55F0" w:rsidP="00FE1E1E">
      <w:r w:rsidRPr="009C3725">
        <w:rPr>
          <w:rStyle w:val="Heading2Char"/>
        </w:rPr>
        <w:t>Accessible reading technologies</w:t>
      </w:r>
      <w:r w:rsidR="009C3725">
        <w:rPr>
          <w:rStyle w:val="Heading2Char"/>
        </w:rPr>
        <w:br/>
      </w:r>
      <w:r w:rsidR="009C3725">
        <w:t>00:20:46</w:t>
      </w:r>
    </w:p>
    <w:p w14:paraId="63127B70" w14:textId="77777777" w:rsidR="00D6132A" w:rsidRDefault="00BE55F0" w:rsidP="00FE1E1E">
      <w:r>
        <w:t xml:space="preserve">I'll now describe the different technologies and devices that can play CELA's books with a focus on technology that is most often used in classrooms or in academic settings. </w:t>
      </w:r>
    </w:p>
    <w:p w14:paraId="0461ACB1" w14:textId="77777777" w:rsidR="00F10B8B" w:rsidRDefault="00BE55F0" w:rsidP="00FE1E1E">
      <w:r>
        <w:t>These technologies have built</w:t>
      </w:r>
      <w:r w:rsidR="00D6132A">
        <w:t>-</w:t>
      </w:r>
      <w:r>
        <w:t xml:space="preserve">in assistive tools, such as screen readers, to operate the device. You and your students may read our books on tablets, desktop computers, and laptops, where you can install the EasyReader app or use other programs such as Microsoft Word. </w:t>
      </w:r>
    </w:p>
    <w:p w14:paraId="1BA90C4F" w14:textId="77777777" w:rsidR="00591E5C" w:rsidRDefault="00BE55F0" w:rsidP="00FE1E1E">
      <w:r>
        <w:t>You can also read our newspapers on an internet browser</w:t>
      </w:r>
      <w:r w:rsidR="00E0304A">
        <w:t>,</w:t>
      </w:r>
      <w:r w:rsidR="00F10B8B">
        <w:t xml:space="preserve"> s</w:t>
      </w:r>
      <w:r>
        <w:t xml:space="preserve">ince the articles are HTML files. Chromebooks using the Google Read &amp; Write extension. We recommend using </w:t>
      </w:r>
      <w:proofErr w:type="spellStart"/>
      <w:r>
        <w:t>ePub</w:t>
      </w:r>
      <w:proofErr w:type="spellEnd"/>
      <w:r>
        <w:t xml:space="preserve"> files with it. You can also download the desktop version of EasyReader. The Envoy Connect audiobook player only plays audio files. Braille displays. </w:t>
      </w:r>
    </w:p>
    <w:p w14:paraId="091C96A2" w14:textId="77777777" w:rsidR="00192794" w:rsidRDefault="00BE55F0" w:rsidP="00FE1E1E">
      <w:r>
        <w:t xml:space="preserve">You can load the same book onto different devices if you have more than one student with a print disability in your class. </w:t>
      </w:r>
    </w:p>
    <w:p w14:paraId="20ED3102" w14:textId="30EA3670" w:rsidR="001B3A11" w:rsidRDefault="00BE55F0" w:rsidP="00FE1E1E">
      <w:r w:rsidRPr="00E77457">
        <w:rPr>
          <w:rStyle w:val="Heading2Char"/>
        </w:rPr>
        <w:t>Dolphin EasyReader app</w:t>
      </w:r>
      <w:r w:rsidR="001B3A11">
        <w:rPr>
          <w:rStyle w:val="Heading2Char"/>
        </w:rPr>
        <w:br/>
      </w:r>
      <w:r w:rsidR="00F54A8A">
        <w:t>00:</w:t>
      </w:r>
      <w:r w:rsidR="001B3A11">
        <w:t>22:06</w:t>
      </w:r>
    </w:p>
    <w:p w14:paraId="63F5231B" w14:textId="77777777" w:rsidR="001B3A11" w:rsidRDefault="00BE55F0" w:rsidP="00FE1E1E">
      <w:r>
        <w:t xml:space="preserve">The Dolphin EasyReader app is an accessible reading app that reads files in DAISY audio, DAISY text, and </w:t>
      </w:r>
      <w:proofErr w:type="spellStart"/>
      <w:r>
        <w:t>ePub</w:t>
      </w:r>
      <w:proofErr w:type="spellEnd"/>
      <w:r>
        <w:t xml:space="preserve"> formats. It's free for Android and Apple tablets and </w:t>
      </w:r>
      <w:proofErr w:type="gramStart"/>
      <w:r>
        <w:t>smartphones, and</w:t>
      </w:r>
      <w:proofErr w:type="gramEnd"/>
      <w:r>
        <w:t xml:space="preserve"> has a free desktop version for Windows and for Mac. </w:t>
      </w:r>
    </w:p>
    <w:p w14:paraId="4A741813" w14:textId="77777777" w:rsidR="0013635A" w:rsidRDefault="00BE55F0" w:rsidP="00FE1E1E">
      <w:r>
        <w:lastRenderedPageBreak/>
        <w:t xml:space="preserve">Schools can also purchase a Premium education plan to enable the app's full features. EasyReader is the app CELA recommends since it connects to our Direct to Player service. </w:t>
      </w:r>
    </w:p>
    <w:p w14:paraId="552B0396" w14:textId="0A4DC334" w:rsidR="0013635A" w:rsidRDefault="001354A8" w:rsidP="00FE1E1E">
      <w:r>
        <w:t>If</w:t>
      </w:r>
      <w:r w:rsidR="00BE55F0">
        <w:t xml:space="preserve"> you or your student chooses the Direct to Player audio or e-text version of a file, the file will appear on your Direct to Player bookshelf. This makes it the easiest option to access our books and magazines. You can even sign up to receive a magazine subscription, so you will receive the latest issue automatically, right on your device. </w:t>
      </w:r>
    </w:p>
    <w:p w14:paraId="79B4FD93" w14:textId="77777777" w:rsidR="0013635A" w:rsidRDefault="00BE55F0" w:rsidP="00FE1E1E">
      <w:r>
        <w:t xml:space="preserve">What makes EasyReader so beneficial for students with print disabilities is that they can adjust the audio and text to meet their unique reading needs. The audio can be sped up or slowed down, and you can also change the pitch. </w:t>
      </w:r>
    </w:p>
    <w:p w14:paraId="2F9DB266" w14:textId="12664D6D" w:rsidR="00F11B62" w:rsidRDefault="00BE55F0" w:rsidP="00FE1E1E">
      <w:r>
        <w:t xml:space="preserve">In terms of adjusting the text, the app allows you to change the margin, line spacing, and letter spacing sizes, as well as font style and size. You can also modify the background and text colors to enhance the contrast. We'll now listen to a short demonstration of EasyReader. </w:t>
      </w:r>
    </w:p>
    <w:p w14:paraId="063AE486" w14:textId="0BEAF48A" w:rsidR="00E00ED0" w:rsidRDefault="00E00ED0" w:rsidP="00934008">
      <w:pPr>
        <w:pStyle w:val="Heading2"/>
      </w:pPr>
      <w:r>
        <w:t>Dolphin Easy Reader</w:t>
      </w:r>
      <w:r w:rsidR="00934008">
        <w:t xml:space="preserve"> video</w:t>
      </w:r>
    </w:p>
    <w:p w14:paraId="5EF57640" w14:textId="77777777" w:rsidR="00934008" w:rsidRPr="00934008" w:rsidRDefault="00934008" w:rsidP="00FE1E1E">
      <w:pPr>
        <w:rPr>
          <w:bCs/>
        </w:rPr>
      </w:pPr>
      <w:r w:rsidRPr="00934008">
        <w:rPr>
          <w:bCs/>
        </w:rPr>
        <w:t>00:23:51</w:t>
      </w:r>
    </w:p>
    <w:p w14:paraId="35688821" w14:textId="1D0AF59D" w:rsidR="00F442AD" w:rsidRDefault="00BE55F0" w:rsidP="00FE1E1E">
      <w:r>
        <w:rPr>
          <w:b/>
        </w:rPr>
        <w:t>Denise</w:t>
      </w:r>
      <w:r w:rsidR="00932745">
        <w:rPr>
          <w:b/>
        </w:rPr>
        <w:t xml:space="preserve"> Scott</w:t>
      </w:r>
      <w:r>
        <w:rPr>
          <w:b/>
        </w:rPr>
        <w:t xml:space="preserve">: </w:t>
      </w:r>
      <w:r>
        <w:t xml:space="preserve">This is the Dolphin EasyReader app, which can be used to read DAISY text, DAISY audio, and </w:t>
      </w:r>
      <w:proofErr w:type="spellStart"/>
      <w:r>
        <w:t>ePub</w:t>
      </w:r>
      <w:proofErr w:type="spellEnd"/>
      <w:r>
        <w:t xml:space="preserve"> file books. And here on the main menu you can access your different library collections, including the CELA Library, and you can follow the My Books link to a list of </w:t>
      </w:r>
      <w:proofErr w:type="gramStart"/>
      <w:r>
        <w:t>all of</w:t>
      </w:r>
      <w:proofErr w:type="gramEnd"/>
      <w:r>
        <w:t xml:space="preserve"> the books currently downloaded into the app. </w:t>
      </w:r>
    </w:p>
    <w:p w14:paraId="2F94459F" w14:textId="77777777" w:rsidR="00E20429" w:rsidRDefault="00BE55F0" w:rsidP="00FE1E1E">
      <w:r>
        <w:t xml:space="preserve">And I'm going to select the first one, Prince Caspian, in the DAISY text format. It should default to wherever you left off within the book, but you can also use the navigation features down at the bottom of the screen. </w:t>
      </w:r>
    </w:p>
    <w:p w14:paraId="78BEB511" w14:textId="5E1A7964" w:rsidR="00F10D9F" w:rsidRDefault="00E20429" w:rsidP="00FE1E1E">
      <w:r>
        <w:t>T</w:t>
      </w:r>
      <w:r w:rsidR="00BE55F0">
        <w:t xml:space="preserve">he bottom left corner has a table of contents, and the bottom right has the options of how fast or slow you're going to move backwards and forwards, navigating throughout the book, anywhere from 15 seconds to a whole page, or even heading to heading. </w:t>
      </w:r>
    </w:p>
    <w:p w14:paraId="4FD1C1E1" w14:textId="37F2CD67" w:rsidR="00F11B62" w:rsidRDefault="00BE55F0" w:rsidP="00FE1E1E">
      <w:r>
        <w:lastRenderedPageBreak/>
        <w:t xml:space="preserve">How a DAISY text works within the app is the app will read out using a computer automated voice. It will read the audio of the text while it highlights that same text as it reads along. </w:t>
      </w:r>
    </w:p>
    <w:p w14:paraId="3D07B1E0" w14:textId="11096587" w:rsidR="00F11B62" w:rsidRDefault="00BE55F0" w:rsidP="00FE1E1E">
      <w:r>
        <w:rPr>
          <w:b/>
        </w:rPr>
        <w:t>Synthetic voice</w:t>
      </w:r>
      <w:r w:rsidR="00F10D9F">
        <w:rPr>
          <w:b/>
        </w:rPr>
        <w:t xml:space="preserve"> of the </w:t>
      </w:r>
      <w:r w:rsidR="00934008">
        <w:rPr>
          <w:b/>
        </w:rPr>
        <w:t>app</w:t>
      </w:r>
      <w:r>
        <w:rPr>
          <w:b/>
        </w:rPr>
        <w:t xml:space="preserve">: </w:t>
      </w:r>
      <w:r>
        <w:t xml:space="preserve">One, The Island. Once there were four children whose names were Peter, Susan, Edmund and Lucy, and it has been told in another book called The Lion, the Witch and the Wardrobe how they had a remark-- </w:t>
      </w:r>
    </w:p>
    <w:p w14:paraId="24E08B39" w14:textId="77777777" w:rsidR="00B96676" w:rsidRDefault="00BE55F0" w:rsidP="00FE1E1E">
      <w:r>
        <w:rPr>
          <w:b/>
        </w:rPr>
        <w:t xml:space="preserve">Denise: </w:t>
      </w:r>
      <w:r>
        <w:t xml:space="preserve">So up at the top are some other important features. The first one allows you to search throughout the entire book. The next allows you to create a bookmark. </w:t>
      </w:r>
    </w:p>
    <w:p w14:paraId="7AF2CCC3" w14:textId="77777777" w:rsidR="00D15E84" w:rsidRDefault="00BE55F0" w:rsidP="00FE1E1E">
      <w:r>
        <w:t xml:space="preserve">The third is </w:t>
      </w:r>
      <w:proofErr w:type="gramStart"/>
      <w:r>
        <w:t>a really important</w:t>
      </w:r>
      <w:proofErr w:type="gramEnd"/>
      <w:r>
        <w:t xml:space="preserve"> one that allows you to edit </w:t>
      </w:r>
      <w:proofErr w:type="gramStart"/>
      <w:r>
        <w:t>all of</w:t>
      </w:r>
      <w:proofErr w:type="gramEnd"/>
      <w:r>
        <w:t xml:space="preserve"> the text settings so you can change the size of the text, but you can also change the margins, the line spacing, and the letter spacing. </w:t>
      </w:r>
    </w:p>
    <w:p w14:paraId="1051B693" w14:textId="14864D0E" w:rsidR="00D15E84" w:rsidRDefault="00BE55F0" w:rsidP="00FE1E1E">
      <w:r>
        <w:t>You can choose to change to a different font and you can change all of the colo</w:t>
      </w:r>
      <w:r w:rsidR="00DB7B9D">
        <w:t>u</w:t>
      </w:r>
      <w:r>
        <w:t xml:space="preserve">ring. So that's the text </w:t>
      </w:r>
      <w:proofErr w:type="spellStart"/>
      <w:r w:rsidRPr="001E52B0">
        <w:t>colo</w:t>
      </w:r>
      <w:r w:rsidR="00D15E84" w:rsidRPr="001E52B0">
        <w:t>u</w:t>
      </w:r>
      <w:r w:rsidRPr="001E52B0">
        <w:t>r</w:t>
      </w:r>
      <w:proofErr w:type="spellEnd"/>
      <w:r>
        <w:t xml:space="preserve">, the background </w:t>
      </w:r>
      <w:proofErr w:type="spellStart"/>
      <w:r w:rsidR="00D15E84" w:rsidRPr="001E52B0">
        <w:t>colour</w:t>
      </w:r>
      <w:proofErr w:type="spellEnd"/>
      <w:r>
        <w:t xml:space="preserve"> and the </w:t>
      </w:r>
      <w:proofErr w:type="spellStart"/>
      <w:r w:rsidR="00D15E84" w:rsidRPr="001E52B0">
        <w:t>colour</w:t>
      </w:r>
      <w:proofErr w:type="spellEnd"/>
      <w:r w:rsidR="00D15E84">
        <w:rPr>
          <w:color w:val="EE0000"/>
        </w:rPr>
        <w:t xml:space="preserve"> </w:t>
      </w:r>
      <w:r>
        <w:t xml:space="preserve">that's used to highlight as it reads along. </w:t>
      </w:r>
    </w:p>
    <w:p w14:paraId="6B3FAFBF" w14:textId="207053F6" w:rsidR="00F11B62" w:rsidRDefault="00BE55F0" w:rsidP="00FE1E1E">
      <w:r>
        <w:t xml:space="preserve">And finally, there's an option in the top right to change the audio settings. And this allows you to change the rate of speed at which the narrator reads, add in new pronunciations, and to change the voice itself. It defaults to English, but there's also options for French or Spanish if you're reading a book in that language. </w:t>
      </w:r>
    </w:p>
    <w:p w14:paraId="39B65030" w14:textId="49E36012" w:rsidR="00DC469D" w:rsidRPr="00DC469D" w:rsidRDefault="00BE55F0" w:rsidP="00FE1E1E">
      <w:r w:rsidRPr="00B67168">
        <w:rPr>
          <w:rStyle w:val="Heading2Char"/>
        </w:rPr>
        <w:t>Setting up CELA at your school</w:t>
      </w:r>
      <w:r w:rsidR="00DC469D">
        <w:rPr>
          <w:rStyle w:val="Heading2Char"/>
        </w:rPr>
        <w:br/>
      </w:r>
      <w:r w:rsidR="00DC469D" w:rsidRPr="00DC469D">
        <w:t>00:26:20</w:t>
      </w:r>
    </w:p>
    <w:p w14:paraId="3F917002" w14:textId="6D5938CB" w:rsidR="006A5A46" w:rsidRDefault="006A5A46" w:rsidP="00FE1E1E">
      <w:r w:rsidRPr="006A5A46">
        <w:rPr>
          <w:b/>
          <w:bCs/>
        </w:rPr>
        <w:t>Faline:</w:t>
      </w:r>
      <w:r>
        <w:t xml:space="preserve"> </w:t>
      </w:r>
      <w:r w:rsidR="00BE55F0">
        <w:t>The next step is to connect your students with print disabilities</w:t>
      </w:r>
      <w:r w:rsidR="00A655DB">
        <w:t xml:space="preserve"> </w:t>
      </w:r>
      <w:r w:rsidR="00BE55F0">
        <w:t xml:space="preserve">to CELA's collection and to any other accessible format reading materials you may have through your school library. </w:t>
      </w:r>
    </w:p>
    <w:p w14:paraId="664D3B40" w14:textId="77777777" w:rsidR="0030426D" w:rsidRDefault="00BE55F0" w:rsidP="00FE1E1E">
      <w:r>
        <w:t xml:space="preserve">Here are some points to consider in your work to support your students’ reading development. The beginning step is to sign up for an Educator Access account using your public library card. </w:t>
      </w:r>
    </w:p>
    <w:p w14:paraId="35BCFBFD" w14:textId="79FC9751" w:rsidR="0030426D" w:rsidRDefault="00BE55F0" w:rsidP="00FE1E1E">
      <w:r>
        <w:t>Next, consider which students may be eligible for CELA according to our eligibility criteria. On our registration form for people with print disabilities, we ask the applicant to self</w:t>
      </w:r>
      <w:r w:rsidR="00210E5B">
        <w:t>-</w:t>
      </w:r>
      <w:r>
        <w:t>declare that they have difficulty reading print due to a print disability.</w:t>
      </w:r>
      <w:r w:rsidR="0030426D">
        <w:t xml:space="preserve"> </w:t>
      </w:r>
      <w:r>
        <w:t xml:space="preserve">We don't require any </w:t>
      </w:r>
      <w:r>
        <w:lastRenderedPageBreak/>
        <w:t xml:space="preserve">documentation, such as an educational assessment or accommodation form for this student to have their own CELA account. </w:t>
      </w:r>
    </w:p>
    <w:p w14:paraId="63C9A1CA" w14:textId="77777777" w:rsidR="00ED52D3" w:rsidRDefault="00BE55F0" w:rsidP="00FE1E1E">
      <w:r>
        <w:t xml:space="preserve">Once you've identified some students who could benefit from CELA's collection, you'll want to set up the devices to access our books. Depending on the rules of your school board or district, you may need to check if the Dolphin EasyReader app is approved. </w:t>
      </w:r>
    </w:p>
    <w:p w14:paraId="35777D84" w14:textId="77777777" w:rsidR="00ED52D3" w:rsidRDefault="00BE55F0" w:rsidP="00FE1E1E">
      <w:r>
        <w:t xml:space="preserve">You may also wish to add information about CELA on your internal board resource pages. We've created a template that you can use for this purpose. This is a great way to let other teachers, faculty, and school support staff and professionals learn about CELA. </w:t>
      </w:r>
    </w:p>
    <w:p w14:paraId="5B82ACE1" w14:textId="3F2F0C14" w:rsidR="00471867" w:rsidRDefault="00BE55F0" w:rsidP="00471867">
      <w:pPr>
        <w:pStyle w:val="Heading2"/>
      </w:pPr>
      <w:r>
        <w:t xml:space="preserve">Further considerations for students </w:t>
      </w:r>
    </w:p>
    <w:p w14:paraId="613C7E52" w14:textId="77777777" w:rsidR="0013538E" w:rsidRDefault="0013538E" w:rsidP="00FE1E1E">
      <w:r>
        <w:t>00:28:01</w:t>
      </w:r>
    </w:p>
    <w:p w14:paraId="5058B95F" w14:textId="77777777" w:rsidR="00AC6D16" w:rsidRDefault="00BE55F0" w:rsidP="00FE1E1E">
      <w:r>
        <w:t xml:space="preserve">You may wish to include CELA in the accommodation section on IEPs or other resources you provide </w:t>
      </w:r>
      <w:proofErr w:type="gramStart"/>
      <w:r>
        <w:t>to</w:t>
      </w:r>
      <w:proofErr w:type="gramEnd"/>
      <w:r>
        <w:t xml:space="preserve"> other teachers, students or parents. As students move from each grade or onto bigger transitions like moving on to high school or to college or university</w:t>
      </w:r>
      <w:r w:rsidR="00AC6D16">
        <w:t xml:space="preserve"> y</w:t>
      </w:r>
      <w:r>
        <w:t xml:space="preserve">ou may wish to mention CELA’s collection so that it follows students throughout their school years. </w:t>
      </w:r>
    </w:p>
    <w:p w14:paraId="163C4E24" w14:textId="77777777" w:rsidR="00470302" w:rsidRDefault="00BE55F0" w:rsidP="00FE1E1E">
      <w:r>
        <w:t xml:space="preserve">We'd also encourage you to use CELA’s collection alongside class materials you order in accessible formats from provincial resource centers such as AERO in Ontario or CAPER for post-secondary students in BC. There are times when one organization may have the material that another does not, so it's well worth checking both places to find the books the student requires. </w:t>
      </w:r>
    </w:p>
    <w:p w14:paraId="4DB28991" w14:textId="77777777" w:rsidR="00470302" w:rsidRDefault="00BE55F0" w:rsidP="00FE1E1E">
      <w:r>
        <w:t xml:space="preserve">On a last note, we highly encourage students to register for their own CELA account. As I mentioned earlier, </w:t>
      </w:r>
      <w:proofErr w:type="gramStart"/>
      <w:r>
        <w:t>a CELA</w:t>
      </w:r>
      <w:proofErr w:type="gramEnd"/>
      <w:r>
        <w:t xml:space="preserve"> membership is lifelong.</w:t>
      </w:r>
    </w:p>
    <w:p w14:paraId="67715C95" w14:textId="655B0378" w:rsidR="00635189" w:rsidRDefault="00BE55F0" w:rsidP="00FE1E1E">
      <w:r w:rsidRPr="00470302">
        <w:rPr>
          <w:rStyle w:val="Heading2Char"/>
        </w:rPr>
        <w:t>Promoting CELA</w:t>
      </w:r>
      <w:r w:rsidR="00635189">
        <w:rPr>
          <w:rStyle w:val="Heading2Char"/>
        </w:rPr>
        <w:br/>
      </w:r>
      <w:r w:rsidR="00635189">
        <w:t>00:29:18</w:t>
      </w:r>
    </w:p>
    <w:p w14:paraId="0DA098B9" w14:textId="77777777" w:rsidR="00635189" w:rsidRDefault="00BE55F0" w:rsidP="00FE1E1E">
      <w:r>
        <w:t xml:space="preserve">I'm almost done the presentation part of the webinar and wanted to talk about how you can promote CELA, before I move on to </w:t>
      </w:r>
      <w:proofErr w:type="gramStart"/>
      <w:r>
        <w:t>showing</w:t>
      </w:r>
      <w:proofErr w:type="gramEnd"/>
      <w:r>
        <w:t xml:space="preserve"> you the CELA website. </w:t>
      </w:r>
    </w:p>
    <w:p w14:paraId="2233B602" w14:textId="69512C65" w:rsidR="00635189" w:rsidRDefault="00BE55F0" w:rsidP="00FE1E1E">
      <w:r>
        <w:lastRenderedPageBreak/>
        <w:t>We often receive feedback from teachers and parents that we speak to at events who say, how come I never heard about CELA? So</w:t>
      </w:r>
      <w:r w:rsidR="00497EE4">
        <w:t>,</w:t>
      </w:r>
      <w:r>
        <w:t xml:space="preserve"> we know that raising awareness about our service is a must. </w:t>
      </w:r>
    </w:p>
    <w:p w14:paraId="342819A0" w14:textId="77777777" w:rsidR="00635189" w:rsidRDefault="00BE55F0" w:rsidP="00FE1E1E">
      <w:r>
        <w:t>We have free promotional materials, such as fliers</w:t>
      </w:r>
      <w:r w:rsidR="00635189">
        <w:t>,</w:t>
      </w:r>
      <w:r>
        <w:t xml:space="preserve"> that you may order to distribute at school council meetings, parent-teacher interviews, and within your networks. </w:t>
      </w:r>
    </w:p>
    <w:p w14:paraId="041747B4" w14:textId="07504738" w:rsidR="002A2490" w:rsidRDefault="00BE55F0" w:rsidP="00FE1E1E">
      <w:r>
        <w:t>We also offer a back</w:t>
      </w:r>
      <w:r w:rsidR="00FA4BEA">
        <w:t>-</w:t>
      </w:r>
      <w:r>
        <w:t>to</w:t>
      </w:r>
      <w:r w:rsidR="00FA4BEA">
        <w:t>-</w:t>
      </w:r>
      <w:r>
        <w:t xml:space="preserve">school guide on our website and the template I mentioned earlier to promote CELA on your internal staff or board resources pages. </w:t>
      </w:r>
    </w:p>
    <w:p w14:paraId="181A9F9A" w14:textId="7F560A31" w:rsidR="00FA4BEA" w:rsidRDefault="00BE55F0" w:rsidP="00FE1E1E">
      <w:r w:rsidRPr="002A2490">
        <w:rPr>
          <w:rStyle w:val="Heading2Char"/>
        </w:rPr>
        <w:t>Contact us</w:t>
      </w:r>
      <w:r w:rsidR="00FA4BEA">
        <w:rPr>
          <w:rStyle w:val="Heading2Char"/>
        </w:rPr>
        <w:br/>
      </w:r>
      <w:r w:rsidR="00FA4BEA">
        <w:t>00:30:12</w:t>
      </w:r>
    </w:p>
    <w:p w14:paraId="74AE0BFC" w14:textId="77777777" w:rsidR="00897EFB" w:rsidRDefault="00FA4BEA" w:rsidP="00FE1E1E">
      <w:r>
        <w:t>I</w:t>
      </w:r>
      <w:r w:rsidR="00BE55F0">
        <w:t xml:space="preserve">f you have questions about the Educator Access Program, please feel free to get in touch with our Contact Centre. </w:t>
      </w:r>
    </w:p>
    <w:p w14:paraId="4936046B" w14:textId="77777777" w:rsidR="004258D4" w:rsidRDefault="00BE55F0" w:rsidP="00FE1E1E">
      <w:r>
        <w:t xml:space="preserve">For any educators who have an interest in contributing their experience to support the Educator Access program, we encourage you to join the Educator Advisory Group. This group meets online twice a year and gives educators the opportunity to connect and to learn about new technologies used in learning environments, as well as to receive updates from CELA. </w:t>
      </w:r>
    </w:p>
    <w:p w14:paraId="3D345ADD" w14:textId="1F6EAF9A" w:rsidR="001F413F" w:rsidRDefault="001F413F" w:rsidP="001F413F">
      <w:pPr>
        <w:pStyle w:val="Heading2"/>
      </w:pPr>
      <w:r>
        <w:t>Thank you!</w:t>
      </w:r>
    </w:p>
    <w:p w14:paraId="6CFC028F" w14:textId="77777777" w:rsidR="00AA12D9" w:rsidRDefault="00AA12D9" w:rsidP="00FE1E1E">
      <w:r>
        <w:t>00:30:52</w:t>
      </w:r>
    </w:p>
    <w:p w14:paraId="7D97BC92" w14:textId="77777777" w:rsidR="006950F6" w:rsidRDefault="00BE55F0" w:rsidP="00FE1E1E">
      <w:r>
        <w:t xml:space="preserve">Thank you for your attention during the webinar. Please follow CELA on all our social media. </w:t>
      </w:r>
    </w:p>
    <w:p w14:paraId="6C6C471E" w14:textId="77777777" w:rsidR="004F5610" w:rsidRDefault="004F5610" w:rsidP="004F5610">
      <w:pPr>
        <w:pStyle w:val="Heading2"/>
      </w:pPr>
      <w:r>
        <w:t>CELA site tour</w:t>
      </w:r>
    </w:p>
    <w:p w14:paraId="361E567D" w14:textId="77777777" w:rsidR="004F5610" w:rsidRDefault="004F5610" w:rsidP="00FE1E1E">
      <w:r>
        <w:t>00:31:04</w:t>
      </w:r>
    </w:p>
    <w:p w14:paraId="3AFE2890" w14:textId="77777777" w:rsidR="00B040C8" w:rsidRDefault="00BE55F0" w:rsidP="00FE1E1E">
      <w:r>
        <w:t xml:space="preserve">And now we're going to move on to a brief site tour of the CELA website. </w:t>
      </w:r>
    </w:p>
    <w:p w14:paraId="2DDFC6C5" w14:textId="77777777" w:rsidR="00D41174" w:rsidRDefault="004F5610" w:rsidP="00FE1E1E">
      <w:r>
        <w:t>What</w:t>
      </w:r>
      <w:r w:rsidR="00BE55F0">
        <w:t xml:space="preserve"> you're looking at right now is the Educator Access Program page of CELA’s website that you can find at celalibrary.ca/educators. </w:t>
      </w:r>
      <w:r w:rsidR="00D41174">
        <w:t>T</w:t>
      </w:r>
      <w:r w:rsidR="00BE55F0">
        <w:t>his page will give you information about the Educator Access Program, what it is, who can sign up</w:t>
      </w:r>
      <w:proofErr w:type="gramStart"/>
      <w:r w:rsidR="00BE55F0">
        <w:t>, what</w:t>
      </w:r>
      <w:proofErr w:type="gramEnd"/>
      <w:r w:rsidR="00BE55F0">
        <w:t xml:space="preserve"> are some of the benefits of joining </w:t>
      </w:r>
      <w:r w:rsidR="00BE55F0">
        <w:lastRenderedPageBreak/>
        <w:t xml:space="preserve">the Educator Access program. It also explains how to get access to the Bookshare collection. </w:t>
      </w:r>
    </w:p>
    <w:p w14:paraId="0CDA5E78" w14:textId="77777777" w:rsidR="004A6201" w:rsidRDefault="00BE55F0" w:rsidP="00FE1E1E">
      <w:r>
        <w:t xml:space="preserve">And you have the section on eligibility and signing up, who can read books from CELA, and then how to register for the Educator Access program. </w:t>
      </w:r>
      <w:r w:rsidR="004A6201">
        <w:t>As</w:t>
      </w:r>
      <w:r>
        <w:t xml:space="preserve"> we've mentioned, you need a valid public library card </w:t>
      </w:r>
      <w:proofErr w:type="gramStart"/>
      <w:r>
        <w:t>in order to</w:t>
      </w:r>
      <w:proofErr w:type="gramEnd"/>
      <w:r>
        <w:t xml:space="preserve"> sign up for Educator Access. And once you have that, you can simply select the Educator Access Program registration form link, and you will submit your form online. </w:t>
      </w:r>
    </w:p>
    <w:p w14:paraId="7185162C" w14:textId="5BE54849" w:rsidR="00276E55" w:rsidRDefault="00517564" w:rsidP="00FE1E1E">
      <w:r>
        <w:t>O</w:t>
      </w:r>
      <w:r w:rsidR="00BE55F0">
        <w:t xml:space="preserve">nce you submit the Educator Access registration form, typically your form, or your account, will be approved and created within 1 to 2 days. </w:t>
      </w:r>
    </w:p>
    <w:p w14:paraId="2786F54A" w14:textId="33063F50" w:rsidR="00276E55" w:rsidRDefault="00BE55F0" w:rsidP="00FE1E1E">
      <w:r>
        <w:t xml:space="preserve">Also on this page, if we scroll back up... </w:t>
      </w:r>
      <w:r w:rsidRPr="007C14BF">
        <w:t xml:space="preserve">There is an-- </w:t>
      </w:r>
      <w:r>
        <w:t>There's a section here on Back to school with CELA. So</w:t>
      </w:r>
      <w:r w:rsidR="00791AB4">
        <w:t>,</w:t>
      </w:r>
      <w:r>
        <w:t xml:space="preserve"> some tips for getting started with CELA. </w:t>
      </w:r>
    </w:p>
    <w:p w14:paraId="7C0FDD6F" w14:textId="77777777" w:rsidR="00EB36B3" w:rsidRDefault="00BE55F0" w:rsidP="00FE1E1E">
      <w:r>
        <w:t xml:space="preserve">There's also a link, “Using your Educator Access Program account to support students with print disabilities.” And if we select that link, you get an overview of how you, as an educator, can use the account to support your students with print disabilities. </w:t>
      </w:r>
    </w:p>
    <w:p w14:paraId="2F91BC54" w14:textId="77777777" w:rsidR="00026FE3" w:rsidRDefault="00BE55F0" w:rsidP="00FE1E1E">
      <w:r>
        <w:t xml:space="preserve">Things like what's available in the CELA collection, what's offered through Bookshare. Then a section on how to access books and magazines on student devices, and the steps for accessing reading materials for your students. </w:t>
      </w:r>
    </w:p>
    <w:p w14:paraId="29D625BA" w14:textId="77777777" w:rsidR="009D00E6" w:rsidRDefault="00BE55F0" w:rsidP="00FE1E1E">
      <w:r>
        <w:t xml:space="preserve">Now, I'm going to go to the CELA Library homepage of the website, which is just celalibrary.ca. </w:t>
      </w:r>
      <w:r w:rsidR="00026FE3">
        <w:t>I</w:t>
      </w:r>
      <w:r>
        <w:t xml:space="preserve">n terms of looking for what resources are available for kids and teens, </w:t>
      </w:r>
      <w:proofErr w:type="gramStart"/>
      <w:r>
        <w:t>first of all</w:t>
      </w:r>
      <w:proofErr w:type="gramEnd"/>
      <w:r>
        <w:t>, as I mentioned</w:t>
      </w:r>
      <w:r w:rsidR="009D00E6">
        <w:t>,</w:t>
      </w:r>
      <w:r>
        <w:t xml:space="preserve"> on the homepage, there is a section called New Titles. </w:t>
      </w:r>
    </w:p>
    <w:p w14:paraId="0E2025DF" w14:textId="77777777" w:rsidR="009D00E6" w:rsidRDefault="009D00E6" w:rsidP="00FE1E1E">
      <w:r>
        <w:t>T</w:t>
      </w:r>
      <w:r w:rsidR="00BE55F0">
        <w:t xml:space="preserve">his allows you to browse and see what new titles have been added to the CELA collection in the last month, three months or six months. And you can do this for adult titles, for teen titles, and for </w:t>
      </w:r>
      <w:proofErr w:type="gramStart"/>
      <w:r w:rsidR="00BE55F0">
        <w:t>kids</w:t>
      </w:r>
      <w:proofErr w:type="gramEnd"/>
      <w:r w:rsidR="00BE55F0">
        <w:t xml:space="preserve"> titles. </w:t>
      </w:r>
    </w:p>
    <w:p w14:paraId="4F11DA0B" w14:textId="418A9420" w:rsidR="00946A6F" w:rsidRDefault="00BE55F0" w:rsidP="00FE1E1E">
      <w:r>
        <w:t xml:space="preserve">You can also search for new titles by format. </w:t>
      </w:r>
      <w:r w:rsidR="00791AB4">
        <w:t>Y</w:t>
      </w:r>
      <w:r>
        <w:t xml:space="preserve">ou can look at a list of the new audio titles added in the last month, three months or six months, uncontracted braille titles added, contracted braille titles added, also </w:t>
      </w:r>
      <w:proofErr w:type="spellStart"/>
      <w:r>
        <w:t>printbraille</w:t>
      </w:r>
      <w:proofErr w:type="spellEnd"/>
      <w:r>
        <w:t xml:space="preserve"> titles and, lastly, e-text titles added. </w:t>
      </w:r>
    </w:p>
    <w:p w14:paraId="0CEF8B3F" w14:textId="77777777" w:rsidR="00946A6F" w:rsidRDefault="00946A6F" w:rsidP="00FE1E1E">
      <w:r>
        <w:lastRenderedPageBreak/>
        <w:t>T</w:t>
      </w:r>
      <w:r w:rsidR="00BE55F0">
        <w:t xml:space="preserve">hat's a useful link again that you can find on the website on the homepage if you scroll down. There's also a section on books for kids and teens. </w:t>
      </w:r>
      <w:r>
        <w:t>T</w:t>
      </w:r>
      <w:r w:rsidR="00BE55F0">
        <w:t xml:space="preserve">here are recommended reads. And this is refreshed frequently. </w:t>
      </w:r>
    </w:p>
    <w:p w14:paraId="3A165306" w14:textId="77777777" w:rsidR="00A71D72" w:rsidRDefault="00BE55F0" w:rsidP="00FE1E1E">
      <w:r>
        <w:t xml:space="preserve">There's also a list of the five titles that have been most popular from CELA’s collection for kids within the last month. Special features </w:t>
      </w:r>
      <w:proofErr w:type="gramStart"/>
      <w:r>
        <w:t>like</w:t>
      </w:r>
      <w:proofErr w:type="gramEnd"/>
      <w:r>
        <w:t xml:space="preserve"> for example, around FIFA and the World Cup, new soccer titles for kids and teens. </w:t>
      </w:r>
    </w:p>
    <w:p w14:paraId="0F7853A0" w14:textId="77777777" w:rsidR="00A71D72" w:rsidRDefault="00BE55F0" w:rsidP="00FE1E1E">
      <w:r>
        <w:t>Also</w:t>
      </w:r>
      <w:r w:rsidR="00A71D72">
        <w:t>,</w:t>
      </w:r>
      <w:r>
        <w:t xml:space="preserve"> the top five CELA titles for teens in the last month. We also have a Kids and Teen awards page. </w:t>
      </w:r>
      <w:r w:rsidR="00A71D72">
        <w:t>T</w:t>
      </w:r>
      <w:r>
        <w:t xml:space="preserve">here we try and add as many accessible titles as we can in </w:t>
      </w:r>
      <w:proofErr w:type="gramStart"/>
      <w:r>
        <w:t>various different</w:t>
      </w:r>
      <w:proofErr w:type="gramEnd"/>
      <w:r>
        <w:t xml:space="preserve"> reading contests. </w:t>
      </w:r>
    </w:p>
    <w:p w14:paraId="227D9EBE" w14:textId="77777777" w:rsidR="00A71D72" w:rsidRDefault="00BE55F0" w:rsidP="00FE1E1E">
      <w:r>
        <w:t>For example, here we have the BC Summer Reading Club, BC and Yukon Book Prizes</w:t>
      </w:r>
      <w:r w:rsidR="00A71D72">
        <w:t>,</w:t>
      </w:r>
      <w:r>
        <w:t xml:space="preserve"> The Canadian Children's Book Centre awards</w:t>
      </w:r>
      <w:r w:rsidR="00A71D72">
        <w:t xml:space="preserve">, </w:t>
      </w:r>
      <w:r>
        <w:t xml:space="preserve">Forest of Reading, the Governor General's Literary Awards. So those can all be accessed from the Books for kids and teens pages. </w:t>
      </w:r>
    </w:p>
    <w:p w14:paraId="23DBE0A0" w14:textId="731414AB" w:rsidR="006D4FD6" w:rsidRDefault="00BE55F0" w:rsidP="00FE1E1E">
      <w:r>
        <w:t>Also, if you are searching for kids</w:t>
      </w:r>
      <w:r w:rsidR="00F605D9">
        <w:t>’</w:t>
      </w:r>
      <w:r>
        <w:t xml:space="preserve"> titles. </w:t>
      </w:r>
      <w:r w:rsidR="00A71D72">
        <w:t>I</w:t>
      </w:r>
      <w:r>
        <w:t>f we take for example...</w:t>
      </w:r>
      <w:r w:rsidRPr="007D3960">
        <w:t>I'll just</w:t>
      </w:r>
      <w:r w:rsidR="00012A92">
        <w:t xml:space="preserve">—Hopefully </w:t>
      </w:r>
      <w:r w:rsidRPr="007D3960">
        <w:t xml:space="preserve">I'm spelling that correctly. </w:t>
      </w:r>
      <w:r w:rsidR="00A71D72">
        <w:t>If</w:t>
      </w:r>
      <w:r>
        <w:t xml:space="preserve"> you're looking to see what is available, for example, by Robert Munsch for kids, you can do a search. Now this is going to bring up any titles in all formats. And it will also bring up titles in both Bookshare and CELA collections. </w:t>
      </w:r>
    </w:p>
    <w:p w14:paraId="45C5A10C" w14:textId="1F4B1BE9" w:rsidR="00D6094F" w:rsidRDefault="00BE55F0" w:rsidP="00FE1E1E">
      <w:r>
        <w:t xml:space="preserve">You can use the filters on the left-hand side of the search page if you want to narrow your search. So, for example, if you're only looking for books in the CELA collection...You'll notice you get fewer items. </w:t>
      </w:r>
    </w:p>
    <w:p w14:paraId="22137754" w14:textId="77777777" w:rsidR="00D6094F" w:rsidRDefault="00BE55F0" w:rsidP="00FE1E1E">
      <w:r>
        <w:t>If you only want titles in a specific language, such as English</w:t>
      </w:r>
      <w:r w:rsidR="00D6094F">
        <w:t xml:space="preserve"> you</w:t>
      </w:r>
      <w:r>
        <w:t xml:space="preserve"> can also use the search filters. There are filters for formats. </w:t>
      </w:r>
      <w:r w:rsidR="00D6094F">
        <w:t>F</w:t>
      </w:r>
      <w:r>
        <w:t xml:space="preserve">or example, if you were only looking for </w:t>
      </w:r>
      <w:proofErr w:type="spellStart"/>
      <w:r>
        <w:t>printbraille</w:t>
      </w:r>
      <w:proofErr w:type="spellEnd"/>
      <w:r>
        <w:t xml:space="preserve"> titles, you could select those, if you only wanted DAISY audio. So that's the format filter. </w:t>
      </w:r>
    </w:p>
    <w:p w14:paraId="5F5F24CA" w14:textId="54730021" w:rsidR="00742FBC" w:rsidRDefault="00BE55F0" w:rsidP="00FE1E1E">
      <w:r>
        <w:t xml:space="preserve">And you can also </w:t>
      </w:r>
      <w:proofErr w:type="gramStart"/>
      <w:r>
        <w:t>search</w:t>
      </w:r>
      <w:proofErr w:type="gramEnd"/>
      <w:r>
        <w:t xml:space="preserve"> or use the filters for audience. </w:t>
      </w:r>
      <w:r w:rsidR="00B908C2">
        <w:t>As</w:t>
      </w:r>
      <w:r>
        <w:t xml:space="preserve"> you see there's Adult, Grades 1 to 2, 3 to 4, 5 to 6, Preschool, or Teen. There's also... a filter for</w:t>
      </w:r>
      <w:r w:rsidR="00742FBC">
        <w:t xml:space="preserve">—Most </w:t>
      </w:r>
      <w:r>
        <w:t xml:space="preserve">of </w:t>
      </w:r>
      <w:proofErr w:type="spellStart"/>
      <w:r>
        <w:t>Bookshare’s</w:t>
      </w:r>
      <w:proofErr w:type="spellEnd"/>
      <w:r>
        <w:t xml:space="preserve"> titles are synthetic speech. Most of CELA’s audio will be human narrated, but you can, if you're only interested in human narrated titles, you can select that as an option. </w:t>
      </w:r>
    </w:p>
    <w:p w14:paraId="6471CF0C" w14:textId="77777777" w:rsidR="00FD76F6" w:rsidRDefault="00BE55F0" w:rsidP="00FE1E1E">
      <w:r>
        <w:lastRenderedPageBreak/>
        <w:t xml:space="preserve">And likewise with books in braille, human transcribed and then automatic braille. Basically, that's the difference between CELA’s braille collection, where there is some level of proofreading that happens, or </w:t>
      </w:r>
      <w:proofErr w:type="spellStart"/>
      <w:r>
        <w:t>Bookshare’s</w:t>
      </w:r>
      <w:proofErr w:type="spellEnd"/>
      <w:r>
        <w:t xml:space="preserve"> braille collection, which is basically automatic. </w:t>
      </w:r>
      <w:proofErr w:type="gramStart"/>
      <w:r>
        <w:t>So</w:t>
      </w:r>
      <w:proofErr w:type="gramEnd"/>
      <w:r>
        <w:t xml:space="preserve"> there is no human intervention. </w:t>
      </w:r>
      <w:r w:rsidR="00997001">
        <w:t>T</w:t>
      </w:r>
      <w:r>
        <w:t xml:space="preserve">here may be more mistakes in braille from Bookshare. </w:t>
      </w:r>
      <w:r w:rsidR="00997001">
        <w:t>If</w:t>
      </w:r>
      <w:r>
        <w:t xml:space="preserve"> you wanted only human transcribed braille, you could also select that. </w:t>
      </w:r>
    </w:p>
    <w:p w14:paraId="73D59E69" w14:textId="4213CA9D" w:rsidR="00131FCC" w:rsidRDefault="00BE55F0" w:rsidP="00FE1E1E">
      <w:r>
        <w:t xml:space="preserve">And you can also select books, either by the date that they were added to CELA’s collection or by the year of publication. </w:t>
      </w:r>
    </w:p>
    <w:p w14:paraId="05461645" w14:textId="652B1D66" w:rsidR="00F11B62" w:rsidRDefault="00131FCC" w:rsidP="00FE1E1E">
      <w:r>
        <w:t>T</w:t>
      </w:r>
      <w:r w:rsidR="00BE55F0">
        <w:t xml:space="preserve">hat's just a little tour of CELA's website. We hope that you've gotten some of the information that you need through this webinar. If you do have any questions about the Educator Access Program or </w:t>
      </w:r>
      <w:proofErr w:type="gramStart"/>
      <w:r w:rsidR="00BE55F0">
        <w:t>you need</w:t>
      </w:r>
      <w:proofErr w:type="gramEnd"/>
      <w:r w:rsidR="00BE55F0">
        <w:t xml:space="preserve"> some assistance, please feel free to </w:t>
      </w:r>
      <w:proofErr w:type="gramStart"/>
      <w:r w:rsidR="00BE55F0">
        <w:t>contact</w:t>
      </w:r>
      <w:r w:rsidR="00F605D9">
        <w:t xml:space="preserve">—to </w:t>
      </w:r>
      <w:r w:rsidR="00BE55F0">
        <w:t>get in touch with</w:t>
      </w:r>
      <w:proofErr w:type="gramEnd"/>
      <w:r w:rsidR="00BE55F0">
        <w:t xml:space="preserve"> CELA’s Contact Centre at any time. </w:t>
      </w:r>
    </w:p>
    <w:p w14:paraId="6CD10D7C" w14:textId="77777777" w:rsidR="00F11B62" w:rsidRDefault="00BE55F0" w:rsidP="00FE1E1E">
      <w:r>
        <w:rPr>
          <w:b/>
        </w:rPr>
        <w:t>End of webinar transcription.</w:t>
      </w:r>
    </w:p>
    <w:sectPr w:rsidR="00F11B62" w:rsidSect="00034616">
      <w:headerReference w:type="default" r:id="rId1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B72F5" w14:textId="77777777" w:rsidR="00C41762" w:rsidRDefault="00C41762" w:rsidP="008E44C4">
      <w:pPr>
        <w:spacing w:after="0" w:line="240" w:lineRule="auto"/>
      </w:pPr>
      <w:r>
        <w:separator/>
      </w:r>
    </w:p>
  </w:endnote>
  <w:endnote w:type="continuationSeparator" w:id="0">
    <w:p w14:paraId="03CC87E4" w14:textId="77777777" w:rsidR="00C41762" w:rsidRDefault="00C41762" w:rsidP="008E44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51464" w14:textId="77777777" w:rsidR="00C41762" w:rsidRDefault="00C41762" w:rsidP="008E44C4">
      <w:pPr>
        <w:spacing w:after="0" w:line="240" w:lineRule="auto"/>
      </w:pPr>
      <w:r>
        <w:separator/>
      </w:r>
    </w:p>
  </w:footnote>
  <w:footnote w:type="continuationSeparator" w:id="0">
    <w:p w14:paraId="7CE40D67" w14:textId="77777777" w:rsidR="00C41762" w:rsidRDefault="00C41762" w:rsidP="008E44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1356862"/>
      <w:docPartObj>
        <w:docPartGallery w:val="Page Numbers (Top of Page)"/>
        <w:docPartUnique/>
      </w:docPartObj>
    </w:sdtPr>
    <w:sdtEndPr>
      <w:rPr>
        <w:noProof/>
      </w:rPr>
    </w:sdtEndPr>
    <w:sdtContent>
      <w:p w14:paraId="0CFF6A79" w14:textId="4F847FE2" w:rsidR="008E44C4" w:rsidRDefault="008E44C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481C295" w14:textId="77777777" w:rsidR="008E44C4" w:rsidRDefault="008E44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B71A41"/>
    <w:multiLevelType w:val="hybridMultilevel"/>
    <w:tmpl w:val="CA1E8884"/>
    <w:lvl w:ilvl="0" w:tplc="04090001">
      <w:start w:val="1"/>
      <w:numFmt w:val="bullet"/>
      <w:lvlText w:val=""/>
      <w:lvlJc w:val="left"/>
      <w:pPr>
        <w:ind w:left="1160" w:hanging="360"/>
      </w:pPr>
      <w:rPr>
        <w:rFonts w:ascii="Symbol" w:hAnsi="Symbol" w:hint="default"/>
      </w:rPr>
    </w:lvl>
    <w:lvl w:ilvl="1" w:tplc="04090003" w:tentative="1">
      <w:start w:val="1"/>
      <w:numFmt w:val="bullet"/>
      <w:lvlText w:val="o"/>
      <w:lvlJc w:val="left"/>
      <w:pPr>
        <w:ind w:left="1880" w:hanging="360"/>
      </w:pPr>
      <w:rPr>
        <w:rFonts w:ascii="Courier New" w:hAnsi="Courier New" w:cs="Courier New" w:hint="default"/>
      </w:rPr>
    </w:lvl>
    <w:lvl w:ilvl="2" w:tplc="04090005" w:tentative="1">
      <w:start w:val="1"/>
      <w:numFmt w:val="bullet"/>
      <w:lvlText w:val=""/>
      <w:lvlJc w:val="left"/>
      <w:pPr>
        <w:ind w:left="2600" w:hanging="360"/>
      </w:pPr>
      <w:rPr>
        <w:rFonts w:ascii="Wingdings" w:hAnsi="Wingdings" w:hint="default"/>
      </w:rPr>
    </w:lvl>
    <w:lvl w:ilvl="3" w:tplc="04090001" w:tentative="1">
      <w:start w:val="1"/>
      <w:numFmt w:val="bullet"/>
      <w:lvlText w:val=""/>
      <w:lvlJc w:val="left"/>
      <w:pPr>
        <w:ind w:left="3320" w:hanging="360"/>
      </w:pPr>
      <w:rPr>
        <w:rFonts w:ascii="Symbol" w:hAnsi="Symbol" w:hint="default"/>
      </w:rPr>
    </w:lvl>
    <w:lvl w:ilvl="4" w:tplc="04090003" w:tentative="1">
      <w:start w:val="1"/>
      <w:numFmt w:val="bullet"/>
      <w:lvlText w:val="o"/>
      <w:lvlJc w:val="left"/>
      <w:pPr>
        <w:ind w:left="4040" w:hanging="360"/>
      </w:pPr>
      <w:rPr>
        <w:rFonts w:ascii="Courier New" w:hAnsi="Courier New" w:cs="Courier New" w:hint="default"/>
      </w:rPr>
    </w:lvl>
    <w:lvl w:ilvl="5" w:tplc="04090005" w:tentative="1">
      <w:start w:val="1"/>
      <w:numFmt w:val="bullet"/>
      <w:lvlText w:val=""/>
      <w:lvlJc w:val="left"/>
      <w:pPr>
        <w:ind w:left="4760" w:hanging="360"/>
      </w:pPr>
      <w:rPr>
        <w:rFonts w:ascii="Wingdings" w:hAnsi="Wingdings" w:hint="default"/>
      </w:rPr>
    </w:lvl>
    <w:lvl w:ilvl="6" w:tplc="04090001" w:tentative="1">
      <w:start w:val="1"/>
      <w:numFmt w:val="bullet"/>
      <w:lvlText w:val=""/>
      <w:lvlJc w:val="left"/>
      <w:pPr>
        <w:ind w:left="5480" w:hanging="360"/>
      </w:pPr>
      <w:rPr>
        <w:rFonts w:ascii="Symbol" w:hAnsi="Symbol" w:hint="default"/>
      </w:rPr>
    </w:lvl>
    <w:lvl w:ilvl="7" w:tplc="04090003" w:tentative="1">
      <w:start w:val="1"/>
      <w:numFmt w:val="bullet"/>
      <w:lvlText w:val="o"/>
      <w:lvlJc w:val="left"/>
      <w:pPr>
        <w:ind w:left="6200" w:hanging="360"/>
      </w:pPr>
      <w:rPr>
        <w:rFonts w:ascii="Courier New" w:hAnsi="Courier New" w:cs="Courier New" w:hint="default"/>
      </w:rPr>
    </w:lvl>
    <w:lvl w:ilvl="8" w:tplc="04090005" w:tentative="1">
      <w:start w:val="1"/>
      <w:numFmt w:val="bullet"/>
      <w:lvlText w:val=""/>
      <w:lvlJc w:val="left"/>
      <w:pPr>
        <w:ind w:left="6920" w:hanging="360"/>
      </w:pPr>
      <w:rPr>
        <w:rFonts w:ascii="Wingdings" w:hAnsi="Wingdings" w:hint="default"/>
      </w:rPr>
    </w:lvl>
  </w:abstractNum>
  <w:abstractNum w:abstractNumId="10" w15:restartNumberingAfterBreak="0">
    <w:nsid w:val="5DF01295"/>
    <w:multiLevelType w:val="hybridMultilevel"/>
    <w:tmpl w:val="4782C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2623786">
    <w:abstractNumId w:val="8"/>
  </w:num>
  <w:num w:numId="2" w16cid:durableId="1003893636">
    <w:abstractNumId w:val="6"/>
  </w:num>
  <w:num w:numId="3" w16cid:durableId="1370036758">
    <w:abstractNumId w:val="5"/>
  </w:num>
  <w:num w:numId="4" w16cid:durableId="1676105764">
    <w:abstractNumId w:val="4"/>
  </w:num>
  <w:num w:numId="5" w16cid:durableId="2141338267">
    <w:abstractNumId w:val="7"/>
  </w:num>
  <w:num w:numId="6" w16cid:durableId="1819154486">
    <w:abstractNumId w:val="3"/>
  </w:num>
  <w:num w:numId="7" w16cid:durableId="244843745">
    <w:abstractNumId w:val="2"/>
  </w:num>
  <w:num w:numId="8" w16cid:durableId="1684163926">
    <w:abstractNumId w:val="1"/>
  </w:num>
  <w:num w:numId="9" w16cid:durableId="1780178864">
    <w:abstractNumId w:val="0"/>
  </w:num>
  <w:num w:numId="10" w16cid:durableId="2086146157">
    <w:abstractNumId w:val="10"/>
  </w:num>
  <w:num w:numId="11" w16cid:durableId="13966428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2A92"/>
    <w:rsid w:val="00013278"/>
    <w:rsid w:val="00026FE3"/>
    <w:rsid w:val="00034616"/>
    <w:rsid w:val="00056B05"/>
    <w:rsid w:val="0006063C"/>
    <w:rsid w:val="00067377"/>
    <w:rsid w:val="00097F40"/>
    <w:rsid w:val="000A2DD9"/>
    <w:rsid w:val="000F4EF7"/>
    <w:rsid w:val="00117120"/>
    <w:rsid w:val="00121FA9"/>
    <w:rsid w:val="00123D8C"/>
    <w:rsid w:val="00131FCC"/>
    <w:rsid w:val="0013538E"/>
    <w:rsid w:val="001354A8"/>
    <w:rsid w:val="0013635A"/>
    <w:rsid w:val="001405EE"/>
    <w:rsid w:val="0015074B"/>
    <w:rsid w:val="00190AC5"/>
    <w:rsid w:val="00192794"/>
    <w:rsid w:val="001B3A11"/>
    <w:rsid w:val="001E52B0"/>
    <w:rsid w:val="001E76D4"/>
    <w:rsid w:val="001F0B6A"/>
    <w:rsid w:val="001F413F"/>
    <w:rsid w:val="00206CEE"/>
    <w:rsid w:val="00210E5B"/>
    <w:rsid w:val="002414A1"/>
    <w:rsid w:val="00262BA8"/>
    <w:rsid w:val="00271F76"/>
    <w:rsid w:val="00276E55"/>
    <w:rsid w:val="00294AFE"/>
    <w:rsid w:val="0029639D"/>
    <w:rsid w:val="002A2490"/>
    <w:rsid w:val="002A731B"/>
    <w:rsid w:val="0030426D"/>
    <w:rsid w:val="0031147B"/>
    <w:rsid w:val="00326F90"/>
    <w:rsid w:val="00331917"/>
    <w:rsid w:val="003379B3"/>
    <w:rsid w:val="003B45D9"/>
    <w:rsid w:val="00423284"/>
    <w:rsid w:val="004258D4"/>
    <w:rsid w:val="00431D86"/>
    <w:rsid w:val="00470302"/>
    <w:rsid w:val="00471867"/>
    <w:rsid w:val="00491B3D"/>
    <w:rsid w:val="00497EE4"/>
    <w:rsid w:val="004A6201"/>
    <w:rsid w:val="004F2C4F"/>
    <w:rsid w:val="004F5610"/>
    <w:rsid w:val="0050734A"/>
    <w:rsid w:val="00517564"/>
    <w:rsid w:val="00534051"/>
    <w:rsid w:val="00543647"/>
    <w:rsid w:val="00575671"/>
    <w:rsid w:val="00591E5C"/>
    <w:rsid w:val="005A524B"/>
    <w:rsid w:val="005A634D"/>
    <w:rsid w:val="005A7644"/>
    <w:rsid w:val="005B4D55"/>
    <w:rsid w:val="005B6E8F"/>
    <w:rsid w:val="00601323"/>
    <w:rsid w:val="00635189"/>
    <w:rsid w:val="0068609C"/>
    <w:rsid w:val="006950F6"/>
    <w:rsid w:val="006A0FF4"/>
    <w:rsid w:val="006A5A46"/>
    <w:rsid w:val="006C621A"/>
    <w:rsid w:val="006D4FD6"/>
    <w:rsid w:val="006D503A"/>
    <w:rsid w:val="00742FBC"/>
    <w:rsid w:val="0075126D"/>
    <w:rsid w:val="00756543"/>
    <w:rsid w:val="00774F19"/>
    <w:rsid w:val="00791AB4"/>
    <w:rsid w:val="007C14BF"/>
    <w:rsid w:val="007D3960"/>
    <w:rsid w:val="00810FD5"/>
    <w:rsid w:val="0084183E"/>
    <w:rsid w:val="0084480F"/>
    <w:rsid w:val="00846EA3"/>
    <w:rsid w:val="00897EFB"/>
    <w:rsid w:val="008D1822"/>
    <w:rsid w:val="008E44C4"/>
    <w:rsid w:val="009055FA"/>
    <w:rsid w:val="00917296"/>
    <w:rsid w:val="00932745"/>
    <w:rsid w:val="00934008"/>
    <w:rsid w:val="00946A6F"/>
    <w:rsid w:val="00991EC6"/>
    <w:rsid w:val="00997001"/>
    <w:rsid w:val="009A2AB7"/>
    <w:rsid w:val="009B46DB"/>
    <w:rsid w:val="009C2AD9"/>
    <w:rsid w:val="009C30F9"/>
    <w:rsid w:val="009C3725"/>
    <w:rsid w:val="009C4403"/>
    <w:rsid w:val="009D00E6"/>
    <w:rsid w:val="009D18B1"/>
    <w:rsid w:val="009F6F3F"/>
    <w:rsid w:val="00A65598"/>
    <w:rsid w:val="00A655DB"/>
    <w:rsid w:val="00A71D72"/>
    <w:rsid w:val="00A756EA"/>
    <w:rsid w:val="00A83D94"/>
    <w:rsid w:val="00A84370"/>
    <w:rsid w:val="00AA12D9"/>
    <w:rsid w:val="00AA1D8D"/>
    <w:rsid w:val="00AC6D16"/>
    <w:rsid w:val="00AD01EA"/>
    <w:rsid w:val="00B040C8"/>
    <w:rsid w:val="00B10AF7"/>
    <w:rsid w:val="00B47730"/>
    <w:rsid w:val="00B517FC"/>
    <w:rsid w:val="00B6515D"/>
    <w:rsid w:val="00B67168"/>
    <w:rsid w:val="00B908C2"/>
    <w:rsid w:val="00B96676"/>
    <w:rsid w:val="00BB0389"/>
    <w:rsid w:val="00BB645C"/>
    <w:rsid w:val="00BE2FFC"/>
    <w:rsid w:val="00BE55F0"/>
    <w:rsid w:val="00C41762"/>
    <w:rsid w:val="00C47E9A"/>
    <w:rsid w:val="00C65D42"/>
    <w:rsid w:val="00CA141F"/>
    <w:rsid w:val="00CB0664"/>
    <w:rsid w:val="00CF22CA"/>
    <w:rsid w:val="00D15E84"/>
    <w:rsid w:val="00D34008"/>
    <w:rsid w:val="00D41174"/>
    <w:rsid w:val="00D4507C"/>
    <w:rsid w:val="00D512BB"/>
    <w:rsid w:val="00D6094F"/>
    <w:rsid w:val="00D6132A"/>
    <w:rsid w:val="00D717E7"/>
    <w:rsid w:val="00D77628"/>
    <w:rsid w:val="00D872E2"/>
    <w:rsid w:val="00DB2D84"/>
    <w:rsid w:val="00DB7B9D"/>
    <w:rsid w:val="00DC469D"/>
    <w:rsid w:val="00DF6ACB"/>
    <w:rsid w:val="00E00ED0"/>
    <w:rsid w:val="00E0304A"/>
    <w:rsid w:val="00E20429"/>
    <w:rsid w:val="00E25725"/>
    <w:rsid w:val="00E77457"/>
    <w:rsid w:val="00EA6CB5"/>
    <w:rsid w:val="00EB36B3"/>
    <w:rsid w:val="00ED52D3"/>
    <w:rsid w:val="00EE4C0C"/>
    <w:rsid w:val="00F06D75"/>
    <w:rsid w:val="00F10B8B"/>
    <w:rsid w:val="00F10D9F"/>
    <w:rsid w:val="00F11B62"/>
    <w:rsid w:val="00F442AD"/>
    <w:rsid w:val="00F51379"/>
    <w:rsid w:val="00F54A8A"/>
    <w:rsid w:val="00F605D9"/>
    <w:rsid w:val="00FA4BEA"/>
    <w:rsid w:val="00FC693F"/>
    <w:rsid w:val="00FD76F6"/>
    <w:rsid w:val="00FE1E1E"/>
    <w:rsid w:val="00FF76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B2EBE4D5-730B-49A8-938A-4CE585533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1E1E"/>
    <w:rPr>
      <w:rFonts w:ascii="Verdana" w:hAnsi="Verdana"/>
      <w:sz w:val="24"/>
    </w:rPr>
  </w:style>
  <w:style w:type="paragraph" w:styleId="Heading1">
    <w:name w:val="heading 1"/>
    <w:basedOn w:val="Normal"/>
    <w:next w:val="Normal"/>
    <w:link w:val="Heading1Char"/>
    <w:uiPriority w:val="9"/>
    <w:qFormat/>
    <w:rsid w:val="00FE1E1E"/>
    <w:pPr>
      <w:keepNext/>
      <w:keepLines/>
      <w:spacing w:before="480" w:after="0"/>
      <w:outlineLvl w:val="0"/>
    </w:pPr>
    <w:rPr>
      <w:rFonts w:eastAsiaTheme="majorEastAsia"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84480F"/>
    <w:pPr>
      <w:keepNext/>
      <w:keepLines/>
      <w:spacing w:before="200" w:after="0"/>
      <w:outlineLvl w:val="1"/>
    </w:pPr>
    <w:rPr>
      <w:rFonts w:eastAsiaTheme="majorEastAsia" w:cstheme="majorBidi"/>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E1E1E"/>
    <w:rPr>
      <w:rFonts w:ascii="Verdana" w:eastAsiaTheme="majorEastAsia" w:hAnsi="Verdana" w:cstheme="majorBidi"/>
      <w:b/>
      <w:bCs/>
      <w:color w:val="365F91" w:themeColor="accent1" w:themeShade="BF"/>
      <w:sz w:val="32"/>
      <w:szCs w:val="28"/>
    </w:rPr>
  </w:style>
  <w:style w:type="character" w:customStyle="1" w:styleId="Heading2Char">
    <w:name w:val="Heading 2 Char"/>
    <w:basedOn w:val="DefaultParagraphFont"/>
    <w:link w:val="Heading2"/>
    <w:uiPriority w:val="9"/>
    <w:rsid w:val="0084480F"/>
    <w:rPr>
      <w:rFonts w:ascii="Verdana" w:eastAsiaTheme="majorEastAsia" w:hAnsi="Verdana" w:cstheme="majorBidi"/>
      <w:b/>
      <w:bCs/>
      <w:color w:val="4F81BD" w:themeColor="accent1"/>
      <w:sz w:val="28"/>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a063f01-faea-4c9e-8a02-d223cffde0c5">
      <Terms xmlns="http://schemas.microsoft.com/office/infopath/2007/PartnerControls"/>
    </lcf76f155ced4ddcb4097134ff3c332f>
    <TaxCatchAll xmlns="d8838bea-bcac-41ad-91f9-c646e9be633d"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388BE21877C794E8C767319E61FFC96" ma:contentTypeVersion="21" ma:contentTypeDescription="Create a new document." ma:contentTypeScope="" ma:versionID="84f94807165026ee1f881611ea8f4d3c">
  <xsd:schema xmlns:xsd="http://www.w3.org/2001/XMLSchema" xmlns:xs="http://www.w3.org/2001/XMLSchema" xmlns:p="http://schemas.microsoft.com/office/2006/metadata/properties" xmlns:ns1="http://schemas.microsoft.com/sharepoint/v3" xmlns:ns2="7a063f01-faea-4c9e-8a02-d223cffde0c5" xmlns:ns3="d8838bea-bcac-41ad-91f9-c646e9be633d" targetNamespace="http://schemas.microsoft.com/office/2006/metadata/properties" ma:root="true" ma:fieldsID="5064b1cd68c03adac97816ad39ac8284" ns1:_="" ns2:_="" ns3:_="">
    <xsd:import namespace="http://schemas.microsoft.com/sharepoint/v3"/>
    <xsd:import namespace="7a063f01-faea-4c9e-8a02-d223cffde0c5"/>
    <xsd:import namespace="d8838bea-bcac-41ad-91f9-c646e9be63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063f01-faea-4c9e-8a02-d223cffde0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f59938e-b3a8-4d66-a2c9-44a493279f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838bea-bcac-41ad-91f9-c646e9be633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b9b0353-a37a-4f25-83a3-c0dd55ceaf3a}" ma:internalName="TaxCatchAll" ma:showField="CatchAllData" ma:web="d8838bea-bcac-41ad-91f9-c646e9be63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57C146-824D-4DF4-903B-863491683397}">
  <ds:schemaRefs>
    <ds:schemaRef ds:uri="http://schemas.microsoft.com/office/2006/metadata/properties"/>
    <ds:schemaRef ds:uri="http://schemas.microsoft.com/office/infopath/2007/PartnerControls"/>
    <ds:schemaRef ds:uri="7a063f01-faea-4c9e-8a02-d223cffde0c5"/>
    <ds:schemaRef ds:uri="d8838bea-bcac-41ad-91f9-c646e9be633d"/>
    <ds:schemaRef ds:uri="http://schemas.microsoft.com/sharepoint/v3"/>
  </ds:schemaRefs>
</ds:datastoreItem>
</file>

<file path=customXml/itemProps2.xml><?xml version="1.0" encoding="utf-8"?>
<ds:datastoreItem xmlns:ds="http://schemas.openxmlformats.org/officeDocument/2006/customXml" ds:itemID="{264A8982-01EE-420B-BA4D-16B07E2A9B90}">
  <ds:schemaRefs>
    <ds:schemaRef ds:uri="http://schemas.microsoft.com/sharepoint/v3/contenttype/forms"/>
  </ds:schemaRefs>
</ds:datastoreItem>
</file>

<file path=customXml/itemProps3.xml><?xml version="1.0" encoding="utf-8"?>
<ds:datastoreItem xmlns:ds="http://schemas.openxmlformats.org/officeDocument/2006/customXml" ds:itemID="{C32A062E-1268-4C10-8605-19D346401B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a063f01-faea-4c9e-8a02-d223cffde0c5"/>
    <ds:schemaRef ds:uri="d8838bea-bcac-41ad-91f9-c646e9be63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510</TotalTime>
  <Pages>16</Pages>
  <Words>4218</Words>
  <Characters>24048</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28210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Jessica  Desormeaux</cp:lastModifiedBy>
  <cp:revision>148</cp:revision>
  <dcterms:created xsi:type="dcterms:W3CDTF">2013-12-23T23:15:00Z</dcterms:created>
  <dcterms:modified xsi:type="dcterms:W3CDTF">2026-10-06T20:36:00Z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0x0101007388BE21877C794E8C767319E61FFC96</vt:lpwstr>
  </property>
  <property fmtid="{D5CDD505-2E9C-101B-9397-08002B2CF9AE}" pid="3" name="MediaServiceImageTags">
    <vt:lpwstr/>
  </property>
</Properties>
</file>